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KEVWE JOHN OHWONIGHO</w:t>
      </w:r>
    </w:p>
    <w:p>
      <w:r>
        <w:t>Communicator / Chef</w:t>
      </w:r>
    </w:p>
    <w:p>
      <w:r>
        <w:t>No 25 Uche Ewuru Street, Isheri White Sand, Festac Extension, Lagos</w:t>
      </w:r>
    </w:p>
    <w:p>
      <w:r>
        <w:t>Email: Ohwonighokevwe@gmail.com | Phone: 07042868992</w:t>
      </w:r>
    </w:p>
    <w:p>
      <w:pPr>
        <w:pStyle w:val="Heading2"/>
      </w:pPr>
      <w:r>
        <w:t>PROFESSIONAL SUMMARY</w:t>
      </w:r>
    </w:p>
    <w:p>
      <w:r>
        <w:t>Ohwonigho John Kevwe is a results-oriented leader and former President of the Association of Student Communicators (ASCOM) at Abraham Adesanya Polytechnic. He possesses strong expertise in leadership, public relations, and advocacy, with a proven record of driving growth and positive engagement within organizations. In addition to his communication and management skills, he is a trained chef with a passion for culinary excellence and creativity. He is committed to professionalism, teamwork, and continuous improvement, with a focus on delivering quality results and fostering positive change in any environment.</w:t>
      </w:r>
    </w:p>
    <w:p>
      <w:pPr>
        <w:pStyle w:val="Heading2"/>
      </w:pPr>
      <w:r>
        <w:t>WORK EXPERIENCE</w:t>
      </w:r>
    </w:p>
    <w:p>
      <w:pPr>
        <w:pStyle w:val="ListBullet"/>
      </w:pPr>
      <w:r>
        <w:t>Chief Chef</w:t>
      </w:r>
    </w:p>
    <w:p>
      <w:r>
        <w:t>Helen’s Catering Services, 7th Avenue F1 Close, Festac Town, Lagos | 2016 – Present</w:t>
      </w:r>
    </w:p>
    <w:p>
      <w:r>
        <w:t>• Oversee daily kitchen operations, ensuring the preparation and presentation of high-quality meals.</w:t>
        <w:br/>
        <w:t>• Design and update menus to meet client preferences and dietary requirements.</w:t>
        <w:br/>
        <w:t>• Supervise kitchen staff, assign duties, and maintain hygiene and safety standards.</w:t>
        <w:br/>
        <w:t>• Manage inventory, source ingredients, and control food costs to ensure efficiency and profitability.</w:t>
        <w:br/>
        <w:t>• Coordinate catering services for events, ensuring timely delivery and customer satisfaction.</w:t>
      </w:r>
    </w:p>
    <w:p>
      <w:pPr>
        <w:pStyle w:val="ListBullet"/>
      </w:pPr>
      <w:r>
        <w:t>Cyber Café Attendant</w:t>
      </w:r>
    </w:p>
    <w:p>
      <w:r>
        <w:t>Moon Café, 23 Road, Gacoon Plaza, Festac Town, Lagos | 2015 – 2016</w:t>
      </w:r>
    </w:p>
    <w:p>
      <w:r>
        <w:t>• Assisted customers with internet usage, printing, scanning, and online registrations.</w:t>
        <w:br/>
        <w:t>• Maintained computer systems, ensuring smooth operation and prompt technical troubleshooting.</w:t>
        <w:br/>
        <w:t>• Managed payments, monitored computer time usage, and maintained accurate daily records.</w:t>
        <w:br/>
        <w:t>• Ensured a friendly and professional customer service environment.</w:t>
      </w:r>
    </w:p>
    <w:p>
      <w:pPr>
        <w:pStyle w:val="ListBullet"/>
      </w:pPr>
      <w:r>
        <w:t>Microsoft Office Tutor</w:t>
      </w:r>
    </w:p>
    <w:p>
      <w:r>
        <w:t>Hammotech Computer International, Lagos | 2014 – 2015</w:t>
      </w:r>
    </w:p>
    <w:p>
      <w:r>
        <w:t>• Instructed students on Microsoft Office applications including Word, Excel, PowerPoint, and Access.</w:t>
        <w:br/>
        <w:t>• Developed lesson plans and provided hands-on training to enhance computer literacy.</w:t>
        <w:br/>
        <w:t>• Monitored students’ progress and provided feedback to improve their skills.</w:t>
        <w:br/>
        <w:t>• Maintained classroom discipline and ensured a productive learning environment.</w:t>
      </w:r>
    </w:p>
    <w:p>
      <w:pPr>
        <w:pStyle w:val="Heading2"/>
      </w:pPr>
      <w:r>
        <w:t>CERTIFICATIONS / EDUCATION</w:t>
      </w:r>
    </w:p>
    <w:p>
      <w:r>
        <w:t>Studied Mass Communication at Abraham Adesanya Polytechnic | 2019 – 2024</w:t>
      </w:r>
    </w:p>
    <w:p>
      <w:pPr>
        <w:pStyle w:val="Heading2"/>
      </w:pPr>
      <w:r>
        <w:t>SKILLS</w:t>
      </w:r>
    </w:p>
    <w:p>
      <w:r>
        <w:t>• Content Writing</w:t>
        <w:br/>
        <w:t>• Researching</w:t>
        <w:br/>
        <w:t>• Cooking</w:t>
      </w:r>
    </w:p>
    <w:p>
      <w:pPr>
        <w:pStyle w:val="Heading2"/>
      </w:pPr>
      <w:r>
        <w:t>LANGUAGES</w:t>
      </w:r>
    </w:p>
    <w:p>
      <w:r>
        <w:t>• Urhobo</w:t>
        <w:br/>
        <w:t>• English</w:t>
      </w:r>
    </w:p>
    <w:p>
      <w:pPr>
        <w:pStyle w:val="Heading2"/>
      </w:pPr>
      <w:r>
        <w:t>AWARDS / CERTIFICATES</w:t>
      </w:r>
    </w:p>
    <w:p>
      <w:r>
        <w:t>• Cooking Certification at Helen’s Catering Services (2019)</w:t>
        <w:br/>
        <w:t>• Awarded Writer of the Year (2020/2021) – Abraham Adesanya Polytechnic</w:t>
        <w:br/>
        <w:t>• President, Department of Mass Communication (Certificate available)</w:t>
      </w:r>
    </w:p>
    <w:p>
      <w:pPr>
        <w:pStyle w:val="Heading2"/>
      </w:pPr>
      <w:r>
        <w:t>REFEREES</w:t>
      </w:r>
    </w:p>
    <w:p>
      <w:r>
        <w:t>• CEO, Helen’s Catering Services – Helen Amachree Okaima | 07065521819</w:t>
        <w:br/>
        <w:t>• Okolie Habibat Chiamaka | 07054490446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