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C66B6" w14:textId="77777777" w:rsidR="00270A2C" w:rsidRDefault="00DD582A">
      <w:pPr>
        <w:spacing w:after="20"/>
        <w:jc w:val="center"/>
      </w:pPr>
      <w:r>
        <w:rPr>
          <w:b/>
          <w:sz w:val="40"/>
        </w:rPr>
        <w:t>OJO BOLUWATIFE DEBORAH</w:t>
      </w:r>
    </w:p>
    <w:p w14:paraId="39DD60FC" w14:textId="77777777" w:rsidR="00270A2C" w:rsidRDefault="00DD582A">
      <w:pPr>
        <w:spacing w:after="30"/>
        <w:jc w:val="center"/>
      </w:pPr>
      <w:r>
        <w:rPr>
          <w:b/>
        </w:rPr>
        <w:t>MARKETING • SALES • CUSTOMER EXPERIENCE • STORE OPERATIONS</w:t>
      </w:r>
    </w:p>
    <w:p w14:paraId="7CDE699A" w14:textId="77777777" w:rsidR="00270A2C" w:rsidRDefault="00DD582A">
      <w:pPr>
        <w:spacing w:after="100"/>
        <w:jc w:val="center"/>
      </w:pPr>
      <w:r>
        <w:rPr>
          <w:sz w:val="17"/>
        </w:rPr>
        <w:t>09076405817  |  Ojodeborah946@gmail.com  |  Nigeria</w:t>
      </w:r>
    </w:p>
    <w:p w14:paraId="7B8632C7" w14:textId="77777777" w:rsidR="00270A2C" w:rsidRDefault="00DD582A">
      <w:pPr>
        <w:spacing w:before="120" w:after="50"/>
      </w:pPr>
      <w:r>
        <w:rPr>
          <w:b/>
          <w:sz w:val="21"/>
        </w:rPr>
        <w:t>PROFESSIONAL PROFILE</w:t>
      </w:r>
    </w:p>
    <w:p w14:paraId="6656E39E" w14:textId="77777777" w:rsidR="00270A2C" w:rsidRDefault="00DD582A">
      <w:pPr>
        <w:spacing w:after="40"/>
      </w:pPr>
      <w:r>
        <w:t>Marketing professional with 8+ years of progressive retail experience, including store management, sales, customer relationship management, cashier operations and team supervision. Proven ability to manage high-value cash transactions accurately, lead and train staff, drive sales performance, build lasting customer relationships and maintain smooth day-to-day store operations. Experienced in consumer electronics, baby products and luxury furniture, with a strong customer-first approach and formal academic t</w:t>
      </w:r>
      <w:r>
        <w:t>raining in Marketing.</w:t>
      </w:r>
    </w:p>
    <w:p w14:paraId="2E6710D2" w14:textId="77777777" w:rsidR="00270A2C" w:rsidRDefault="00DD582A">
      <w:pPr>
        <w:spacing w:before="120" w:after="50"/>
      </w:pPr>
      <w:r>
        <w:rPr>
          <w:b/>
          <w:sz w:val="21"/>
        </w:rPr>
        <w:t>CORE COMPETENCIES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270A2C" w14:paraId="7CA50D02" w14:textId="77777777">
        <w:tc>
          <w:tcPr>
            <w:tcW w:w="3427" w:type="dxa"/>
          </w:tcPr>
          <w:p w14:paraId="42FD1BC2" w14:textId="77777777" w:rsidR="00270A2C" w:rsidRDefault="00DD582A">
            <w:pPr>
              <w:spacing w:after="10"/>
            </w:pPr>
            <w:r>
              <w:rPr>
                <w:sz w:val="17"/>
              </w:rPr>
              <w:t>• Store Management &amp; Supervision</w:t>
            </w:r>
          </w:p>
        </w:tc>
        <w:tc>
          <w:tcPr>
            <w:tcW w:w="3427" w:type="dxa"/>
          </w:tcPr>
          <w:p w14:paraId="031EC8A8" w14:textId="77777777" w:rsidR="00270A2C" w:rsidRDefault="00DD582A">
            <w:pPr>
              <w:spacing w:after="10"/>
            </w:pPr>
            <w:r>
              <w:rPr>
                <w:sz w:val="17"/>
              </w:rPr>
              <w:t>• Sales Target Achievement</w:t>
            </w:r>
          </w:p>
        </w:tc>
        <w:tc>
          <w:tcPr>
            <w:tcW w:w="3427" w:type="dxa"/>
          </w:tcPr>
          <w:p w14:paraId="4F048D14" w14:textId="77777777" w:rsidR="00270A2C" w:rsidRDefault="00DD582A">
            <w:pPr>
              <w:spacing w:after="10"/>
            </w:pPr>
            <w:r>
              <w:rPr>
                <w:sz w:val="17"/>
              </w:rPr>
              <w:t>• Customer Relationship Management</w:t>
            </w:r>
          </w:p>
        </w:tc>
      </w:tr>
      <w:tr w:rsidR="00270A2C" w14:paraId="465256CA" w14:textId="77777777">
        <w:tc>
          <w:tcPr>
            <w:tcW w:w="3427" w:type="dxa"/>
          </w:tcPr>
          <w:p w14:paraId="62F10747" w14:textId="77777777" w:rsidR="00270A2C" w:rsidRDefault="00DD582A">
            <w:pPr>
              <w:spacing w:after="10"/>
            </w:pPr>
            <w:r>
              <w:rPr>
                <w:sz w:val="17"/>
              </w:rPr>
              <w:t>• Cash Handling &amp; Reconciliation</w:t>
            </w:r>
          </w:p>
        </w:tc>
        <w:tc>
          <w:tcPr>
            <w:tcW w:w="3427" w:type="dxa"/>
          </w:tcPr>
          <w:p w14:paraId="53B10AE1" w14:textId="77777777" w:rsidR="00270A2C" w:rsidRDefault="00DD582A">
            <w:pPr>
              <w:spacing w:after="10"/>
            </w:pPr>
            <w:r>
              <w:rPr>
                <w:sz w:val="17"/>
              </w:rPr>
              <w:t>• Team Leadership &amp; Staff Training</w:t>
            </w:r>
          </w:p>
        </w:tc>
        <w:tc>
          <w:tcPr>
            <w:tcW w:w="3427" w:type="dxa"/>
          </w:tcPr>
          <w:p w14:paraId="49FB3CA5" w14:textId="77777777" w:rsidR="00270A2C" w:rsidRDefault="00DD582A">
            <w:pPr>
              <w:spacing w:after="10"/>
            </w:pPr>
            <w:r>
              <w:rPr>
                <w:sz w:val="17"/>
              </w:rPr>
              <w:t>• Customer Retention &amp; Follow-up</w:t>
            </w:r>
          </w:p>
        </w:tc>
      </w:tr>
      <w:tr w:rsidR="00270A2C" w14:paraId="2FB904B3" w14:textId="77777777">
        <w:tc>
          <w:tcPr>
            <w:tcW w:w="3427" w:type="dxa"/>
          </w:tcPr>
          <w:p w14:paraId="5FD85CD8" w14:textId="77777777" w:rsidR="00270A2C" w:rsidRDefault="00DD582A">
            <w:pPr>
              <w:spacing w:after="10"/>
            </w:pPr>
            <w:r>
              <w:rPr>
                <w:sz w:val="17"/>
              </w:rPr>
              <w:t>• Sales Promotion &amp; Product Knowledge</w:t>
            </w:r>
          </w:p>
        </w:tc>
        <w:tc>
          <w:tcPr>
            <w:tcW w:w="3427" w:type="dxa"/>
          </w:tcPr>
          <w:p w14:paraId="0A6EC607" w14:textId="77777777" w:rsidR="00270A2C" w:rsidRDefault="00DD582A">
            <w:pPr>
              <w:spacing w:after="10"/>
            </w:pPr>
            <w:r>
              <w:rPr>
                <w:sz w:val="17"/>
              </w:rPr>
              <w:t>• Retail Operations</w:t>
            </w:r>
          </w:p>
        </w:tc>
        <w:tc>
          <w:tcPr>
            <w:tcW w:w="3427" w:type="dxa"/>
          </w:tcPr>
          <w:p w14:paraId="56AFC22C" w14:textId="77777777" w:rsidR="00270A2C" w:rsidRDefault="00DD582A">
            <w:pPr>
              <w:spacing w:after="10"/>
            </w:pPr>
            <w:r>
              <w:rPr>
                <w:sz w:val="17"/>
              </w:rPr>
              <w:t>• Customer Experience</w:t>
            </w:r>
          </w:p>
        </w:tc>
      </w:tr>
      <w:tr w:rsidR="00270A2C" w14:paraId="41A60977" w14:textId="77777777">
        <w:tc>
          <w:tcPr>
            <w:tcW w:w="3427" w:type="dxa"/>
          </w:tcPr>
          <w:p w14:paraId="67F62463" w14:textId="77777777" w:rsidR="00270A2C" w:rsidRDefault="00DD582A">
            <w:pPr>
              <w:spacing w:after="10"/>
            </w:pPr>
            <w:r>
              <w:rPr>
                <w:sz w:val="17"/>
              </w:rPr>
              <w:t>• Communication &amp; Negotiation</w:t>
            </w:r>
          </w:p>
        </w:tc>
        <w:tc>
          <w:tcPr>
            <w:tcW w:w="3427" w:type="dxa"/>
          </w:tcPr>
          <w:p w14:paraId="68DED03D" w14:textId="77777777" w:rsidR="00270A2C" w:rsidRDefault="00DD582A">
            <w:pPr>
              <w:spacing w:after="10"/>
            </w:pPr>
            <w:r>
              <w:rPr>
                <w:sz w:val="17"/>
              </w:rPr>
              <w:t>• Problem Solving</w:t>
            </w:r>
          </w:p>
        </w:tc>
        <w:tc>
          <w:tcPr>
            <w:tcW w:w="3427" w:type="dxa"/>
          </w:tcPr>
          <w:p w14:paraId="46E7B20A" w14:textId="77777777" w:rsidR="00270A2C" w:rsidRDefault="00DD582A">
            <w:pPr>
              <w:spacing w:after="10"/>
            </w:pPr>
            <w:r>
              <w:rPr>
                <w:sz w:val="17"/>
              </w:rPr>
              <w:t>• Social Media Management</w:t>
            </w:r>
          </w:p>
        </w:tc>
      </w:tr>
    </w:tbl>
    <w:p w14:paraId="19C60049" w14:textId="77777777" w:rsidR="00270A2C" w:rsidRDefault="00DD582A">
      <w:pPr>
        <w:spacing w:before="120" w:after="50"/>
      </w:pPr>
      <w:r>
        <w:rPr>
          <w:b/>
          <w:sz w:val="21"/>
        </w:rPr>
        <w:t>PROFESSIONAL EXPERIENCE</w:t>
      </w:r>
    </w:p>
    <w:p w14:paraId="5C05B321" w14:textId="77777777" w:rsidR="00270A2C" w:rsidRDefault="00DD582A">
      <w:pPr>
        <w:spacing w:before="70" w:after="0"/>
      </w:pPr>
      <w:r>
        <w:rPr>
          <w:b/>
          <w:sz w:val="20"/>
        </w:rPr>
        <w:t>HAIER THERMOCOOL</w:t>
      </w:r>
    </w:p>
    <w:p w14:paraId="61B5E52F" w14:textId="77777777" w:rsidR="00270A2C" w:rsidRDefault="00DD582A">
      <w:pPr>
        <w:spacing w:after="20"/>
      </w:pPr>
      <w:r>
        <w:rPr>
          <w:i/>
          <w:sz w:val="17"/>
        </w:rPr>
        <w:t>Supervisor / Store Operations &amp; Cashier  |  2023 – 2026</w:t>
      </w:r>
    </w:p>
    <w:p w14:paraId="1A262101" w14:textId="77777777" w:rsidR="00270A2C" w:rsidRDefault="00DD582A">
      <w:pPr>
        <w:pStyle w:val="ListBullet"/>
        <w:spacing w:after="24"/>
        <w:ind w:left="259" w:hanging="173"/>
      </w:pPr>
      <w:r>
        <w:t>Supervised and partially managed daily store operations, ensuring the store, products and routine activities were properly organized and in place.</w:t>
      </w:r>
    </w:p>
    <w:p w14:paraId="43CCF08A" w14:textId="77777777" w:rsidR="00270A2C" w:rsidRDefault="00DD582A">
      <w:pPr>
        <w:pStyle w:val="ListBullet"/>
        <w:spacing w:after="24"/>
        <w:ind w:left="259" w:hanging="173"/>
      </w:pPr>
      <w:r>
        <w:t>Managed sales activities and worked toward assigned sales targets, achieving targets when required stock was available from the warehouse.</w:t>
      </w:r>
    </w:p>
    <w:p w14:paraId="2834BB6C" w14:textId="77777777" w:rsidR="00270A2C" w:rsidRDefault="00DD582A">
      <w:pPr>
        <w:pStyle w:val="ListBullet"/>
        <w:spacing w:after="24"/>
        <w:ind w:left="259" w:hanging="173"/>
      </w:pPr>
      <w:r>
        <w:t>Handled high-value cash transactions, including million-naira-level transactions, with strong accuracy and no reported errors.</w:t>
      </w:r>
    </w:p>
    <w:p w14:paraId="0A06D72F" w14:textId="77777777" w:rsidR="00270A2C" w:rsidRDefault="00DD582A">
      <w:pPr>
        <w:pStyle w:val="ListBullet"/>
        <w:spacing w:after="24"/>
        <w:ind w:left="259" w:hanging="173"/>
      </w:pPr>
      <w:r>
        <w:t>Supervised staff, coordinated daily responsibilities and maintained a productive and professional work environment.</w:t>
      </w:r>
    </w:p>
    <w:p w14:paraId="4379DB59" w14:textId="77777777" w:rsidR="00270A2C" w:rsidRDefault="00DD582A">
      <w:pPr>
        <w:pStyle w:val="ListBullet"/>
        <w:spacing w:after="24"/>
        <w:ind w:left="259" w:hanging="173"/>
      </w:pPr>
      <w:r>
        <w:t>Trained new and existing staff on product knowledge, customer service and effective product presentation.</w:t>
      </w:r>
    </w:p>
    <w:p w14:paraId="34E0C4CB" w14:textId="77777777" w:rsidR="00270A2C" w:rsidRDefault="00DD582A">
      <w:pPr>
        <w:pStyle w:val="ListBullet"/>
        <w:spacing w:after="24"/>
        <w:ind w:left="259" w:hanging="173"/>
      </w:pPr>
      <w:r>
        <w:t>Built strong customer relationships through attentive service, professional communication and effective handling of customer needs and concerns.</w:t>
      </w:r>
    </w:p>
    <w:p w14:paraId="2DEA62F5" w14:textId="77777777" w:rsidR="00270A2C" w:rsidRDefault="00DD582A">
      <w:pPr>
        <w:pStyle w:val="ListBullet"/>
        <w:spacing w:after="24"/>
        <w:ind w:left="259" w:hanging="173"/>
      </w:pPr>
      <w:r>
        <w:t>Followed up with existing customers after sales to support customer satisfaction, service quality and long-term retention.</w:t>
      </w:r>
    </w:p>
    <w:p w14:paraId="13E32839" w14:textId="77777777" w:rsidR="00270A2C" w:rsidRDefault="00DD582A">
      <w:pPr>
        <w:pStyle w:val="ListBullet"/>
        <w:spacing w:after="24"/>
        <w:ind w:left="259" w:hanging="173"/>
      </w:pPr>
      <w:r>
        <w:t>Supported product enquiries, sales conversion and day-to-day operational problem solving.</w:t>
      </w:r>
    </w:p>
    <w:p w14:paraId="0C8AD6AC" w14:textId="77777777" w:rsidR="00270A2C" w:rsidRDefault="00DD582A">
      <w:pPr>
        <w:spacing w:before="70" w:after="0"/>
      </w:pPr>
      <w:r>
        <w:rPr>
          <w:b/>
          <w:sz w:val="20"/>
        </w:rPr>
        <w:t>DAESTO LUXURY FURNITURE</w:t>
      </w:r>
    </w:p>
    <w:p w14:paraId="455A2E4B" w14:textId="77777777" w:rsidR="00270A2C" w:rsidRDefault="00DD582A">
      <w:pPr>
        <w:spacing w:after="20"/>
      </w:pPr>
      <w:r>
        <w:rPr>
          <w:i/>
          <w:sz w:val="17"/>
        </w:rPr>
        <w:t>Store Supervisor / Cashier  |  April – September 2026</w:t>
      </w:r>
    </w:p>
    <w:p w14:paraId="2FAEDAB9" w14:textId="77777777" w:rsidR="00270A2C" w:rsidRDefault="00DD582A">
      <w:pPr>
        <w:pStyle w:val="ListBullet"/>
        <w:spacing w:after="24"/>
        <w:ind w:left="259" w:hanging="173"/>
      </w:pPr>
      <w:r>
        <w:t>Supervised daily showroom operations and ensured the store was organized, presentable and customer-ready.</w:t>
      </w:r>
    </w:p>
    <w:p w14:paraId="6209BF20" w14:textId="77777777" w:rsidR="00270A2C" w:rsidRDefault="00DD582A">
      <w:pPr>
        <w:pStyle w:val="ListBullet"/>
        <w:spacing w:after="24"/>
        <w:ind w:left="259" w:hanging="173"/>
      </w:pPr>
      <w:r>
        <w:t>Supported sales activities and worked toward assigned targets while assisting customers with product selection and enquiries.</w:t>
      </w:r>
    </w:p>
    <w:p w14:paraId="2AF61940" w14:textId="77777777" w:rsidR="00270A2C" w:rsidRDefault="00DD582A">
      <w:pPr>
        <w:pStyle w:val="ListBullet"/>
        <w:spacing w:after="24"/>
        <w:ind w:left="259" w:hanging="173"/>
      </w:pPr>
      <w:r>
        <w:t>Handled cashier responsibilities and high-value customer transactions with attention to accuracy.</w:t>
      </w:r>
    </w:p>
    <w:p w14:paraId="3E3371EF" w14:textId="77777777" w:rsidR="00270A2C" w:rsidRDefault="00DD582A">
      <w:pPr>
        <w:pStyle w:val="ListBullet"/>
        <w:spacing w:after="24"/>
        <w:ind w:left="259" w:hanging="173"/>
      </w:pPr>
      <w:r>
        <w:t>Managed routine store activities and helped ensure products, displays and operational resources were properly maintained.</w:t>
      </w:r>
    </w:p>
    <w:p w14:paraId="56A6B4D1" w14:textId="77777777" w:rsidR="00270A2C" w:rsidRDefault="00DD582A">
      <w:pPr>
        <w:pStyle w:val="ListBullet"/>
        <w:spacing w:after="24"/>
        <w:ind w:left="259" w:hanging="173"/>
      </w:pPr>
      <w:r>
        <w:t>Built positive customer relationships through attentive service and professional communication.</w:t>
      </w:r>
    </w:p>
    <w:p w14:paraId="54738B58" w14:textId="77777777" w:rsidR="00270A2C" w:rsidRDefault="00DD582A">
      <w:pPr>
        <w:pStyle w:val="ListBullet"/>
        <w:spacing w:after="24"/>
        <w:ind w:left="259" w:hanging="173"/>
      </w:pPr>
      <w:r>
        <w:t>Supported staff coordination, product knowledge and a smooth customer experience within a luxury retail environment.</w:t>
      </w:r>
    </w:p>
    <w:p w14:paraId="6FB58B81" w14:textId="77777777" w:rsidR="00270A2C" w:rsidRDefault="00DD582A">
      <w:pPr>
        <w:spacing w:before="70" w:after="0"/>
      </w:pPr>
      <w:r>
        <w:rPr>
          <w:b/>
          <w:sz w:val="20"/>
        </w:rPr>
        <w:t>RICH BABY STORE</w:t>
      </w:r>
    </w:p>
    <w:p w14:paraId="22B5BA38" w14:textId="77777777" w:rsidR="00270A2C" w:rsidRDefault="00DD582A">
      <w:pPr>
        <w:spacing w:after="20"/>
      </w:pPr>
      <w:r>
        <w:rPr>
          <w:i/>
          <w:sz w:val="17"/>
        </w:rPr>
        <w:t>Store Manager  |  2018 – 2023</w:t>
      </w:r>
    </w:p>
    <w:p w14:paraId="30B5AE9E" w14:textId="77777777" w:rsidR="00270A2C" w:rsidRDefault="00DD582A">
      <w:pPr>
        <w:pStyle w:val="ListBullet"/>
        <w:spacing w:after="24"/>
        <w:ind w:left="259" w:hanging="173"/>
      </w:pPr>
      <w:r>
        <w:t>Managed day-to-day store operations and coordinated sales, customer service and routine store activities.</w:t>
      </w:r>
    </w:p>
    <w:p w14:paraId="44F8A6AF" w14:textId="77777777" w:rsidR="00270A2C" w:rsidRDefault="00DD582A">
      <w:pPr>
        <w:pStyle w:val="ListBullet"/>
        <w:spacing w:after="24"/>
        <w:ind w:left="259" w:hanging="173"/>
      </w:pPr>
      <w:r>
        <w:t>Supervised staff and ensured responsibilities were completed efficiently and professionally.</w:t>
      </w:r>
    </w:p>
    <w:p w14:paraId="121F65C3" w14:textId="77777777" w:rsidR="00270A2C" w:rsidRDefault="00DD582A">
      <w:pPr>
        <w:pStyle w:val="ListBullet"/>
        <w:spacing w:after="24"/>
        <w:ind w:left="259" w:hanging="173"/>
      </w:pPr>
      <w:r>
        <w:t>Handled cashier duties and customer transactions while maintaining strong attention to accuracy.</w:t>
      </w:r>
    </w:p>
    <w:p w14:paraId="598FA9AD" w14:textId="77777777" w:rsidR="00270A2C" w:rsidRDefault="00DD582A">
      <w:pPr>
        <w:pStyle w:val="ListBullet"/>
        <w:spacing w:after="24"/>
        <w:ind w:left="259" w:hanging="173"/>
      </w:pPr>
      <w:r>
        <w:t>Supported sales target achievement through customer engagement, product promotion and effective product presentation.</w:t>
      </w:r>
    </w:p>
    <w:p w14:paraId="776D48C1" w14:textId="77777777" w:rsidR="00270A2C" w:rsidRDefault="00DD582A">
      <w:pPr>
        <w:pStyle w:val="ListBullet"/>
        <w:spacing w:after="24"/>
        <w:ind w:left="259" w:hanging="173"/>
      </w:pPr>
      <w:r>
        <w:t>Trained new and existing staff on product knowledge, customer handling and store procedures.</w:t>
      </w:r>
    </w:p>
    <w:p w14:paraId="368D1E6F" w14:textId="77777777" w:rsidR="00270A2C" w:rsidRDefault="00DD582A">
      <w:pPr>
        <w:pStyle w:val="ListBullet"/>
        <w:spacing w:after="24"/>
        <w:ind w:left="259" w:hanging="173"/>
      </w:pPr>
      <w:r>
        <w:t>Built strong customer relationships and followed up with existing customers to encourage satisfaction and repeat business.</w:t>
      </w:r>
    </w:p>
    <w:p w14:paraId="5ED547C9" w14:textId="77777777" w:rsidR="00270A2C" w:rsidRDefault="00DD582A">
      <w:pPr>
        <w:pStyle w:val="ListBullet"/>
        <w:spacing w:after="24"/>
        <w:ind w:left="259" w:hanging="173"/>
      </w:pPr>
      <w:r>
        <w:t>Handled customer concerns professionally and maintained a welcoming shopping experience.</w:t>
      </w:r>
    </w:p>
    <w:p w14:paraId="372FE474" w14:textId="77777777" w:rsidR="00270A2C" w:rsidRDefault="00DD582A">
      <w:pPr>
        <w:spacing w:before="120" w:after="50"/>
      </w:pPr>
      <w:r>
        <w:rPr>
          <w:b/>
          <w:sz w:val="21"/>
        </w:rPr>
        <w:t>EDUCATION</w:t>
      </w:r>
    </w:p>
    <w:p w14:paraId="435C0856" w14:textId="77777777" w:rsidR="00270A2C" w:rsidRDefault="00DD582A">
      <w:pPr>
        <w:spacing w:after="16"/>
      </w:pPr>
      <w:r>
        <w:rPr>
          <w:b/>
        </w:rPr>
        <w:t>YABA COLLEGE OF TECHNOLOGY, LAGOS</w:t>
      </w:r>
      <w:r>
        <w:t xml:space="preserve">  |  National Diploma (ND), Marketing  |  2021 – 2024</w:t>
      </w:r>
    </w:p>
    <w:p w14:paraId="3CB8AF0C" w14:textId="77777777" w:rsidR="00270A2C" w:rsidRDefault="00DD582A">
      <w:pPr>
        <w:spacing w:after="16"/>
      </w:pPr>
      <w:r>
        <w:rPr>
          <w:b/>
        </w:rPr>
        <w:t>IFAKO COMPREHENSIVE SENIOR HIGH SCHOOL</w:t>
      </w:r>
      <w:r>
        <w:t xml:space="preserve">  |  Senior Secondary School Certificate (SSCE)  |  2017 – 2020</w:t>
      </w:r>
    </w:p>
    <w:p w14:paraId="1420371A" w14:textId="77777777" w:rsidR="00270A2C" w:rsidRDefault="00DD582A">
      <w:pPr>
        <w:spacing w:before="120" w:after="50"/>
      </w:pPr>
      <w:r>
        <w:rPr>
          <w:b/>
          <w:sz w:val="21"/>
        </w:rPr>
        <w:t>DIGITAL &amp; PROFESSIONAL SKILLS</w:t>
      </w:r>
    </w:p>
    <w:p w14:paraId="32EEAED2" w14:textId="77777777" w:rsidR="00270A2C" w:rsidRDefault="00DD582A">
      <w:pPr>
        <w:pStyle w:val="ListBullet"/>
        <w:spacing w:after="24"/>
        <w:ind w:left="259" w:hanging="173"/>
      </w:pPr>
      <w:r>
        <w:t>Social Media Management</w:t>
      </w:r>
    </w:p>
    <w:p w14:paraId="09B587FB" w14:textId="77777777" w:rsidR="00270A2C" w:rsidRDefault="00DD582A">
      <w:pPr>
        <w:pStyle w:val="ListBullet"/>
        <w:spacing w:after="24"/>
        <w:ind w:left="259" w:hanging="173"/>
      </w:pPr>
      <w:r>
        <w:t>Microsoft Word, Excel and PowerPoint</w:t>
      </w:r>
    </w:p>
    <w:p w14:paraId="142E6BEC" w14:textId="77777777" w:rsidR="00270A2C" w:rsidRDefault="00DD582A">
      <w:pPr>
        <w:pStyle w:val="ListBullet"/>
        <w:spacing w:after="24"/>
        <w:ind w:left="259" w:hanging="173"/>
      </w:pPr>
      <w:r>
        <w:t>Customer communication and engagement</w:t>
      </w:r>
    </w:p>
    <w:p w14:paraId="53EEF800" w14:textId="77777777" w:rsidR="00270A2C" w:rsidRDefault="00DD582A">
      <w:pPr>
        <w:pStyle w:val="ListBullet"/>
        <w:spacing w:after="24"/>
        <w:ind w:left="259" w:hanging="173"/>
      </w:pPr>
      <w:r>
        <w:t>Sales promotion and product presentation</w:t>
      </w:r>
    </w:p>
    <w:p w14:paraId="11AD0BD8" w14:textId="77777777" w:rsidR="00270A2C" w:rsidRDefault="00DD582A">
      <w:pPr>
        <w:pStyle w:val="ListBullet"/>
        <w:spacing w:after="24"/>
        <w:ind w:left="259" w:hanging="173"/>
      </w:pPr>
      <w:r>
        <w:t>Organization, attention to detail and time management</w:t>
      </w:r>
    </w:p>
    <w:p w14:paraId="36AC09E7" w14:textId="77777777" w:rsidR="00270A2C" w:rsidRDefault="00DD582A">
      <w:pPr>
        <w:pStyle w:val="ListBullet"/>
        <w:spacing w:after="24"/>
        <w:ind w:left="259" w:hanging="173"/>
      </w:pPr>
      <w:r>
        <w:t>Leadership, supervision and team coordination</w:t>
      </w:r>
    </w:p>
    <w:p w14:paraId="0104B1BF" w14:textId="77777777" w:rsidR="00270A2C" w:rsidRDefault="00DD582A">
      <w:pPr>
        <w:spacing w:before="120" w:after="50"/>
      </w:pPr>
      <w:r>
        <w:rPr>
          <w:b/>
          <w:sz w:val="21"/>
        </w:rPr>
        <w:t>LANGUAGES</w:t>
      </w:r>
    </w:p>
    <w:p w14:paraId="2C23A329" w14:textId="77777777" w:rsidR="00270A2C" w:rsidRDefault="00DD582A">
      <w:pPr>
        <w:spacing w:after="16"/>
      </w:pPr>
      <w:r>
        <w:t>English • Yoruba</w:t>
      </w:r>
    </w:p>
    <w:sectPr w:rsidR="00270A2C" w:rsidSect="00034616">
      <w:footerReference w:type="default" r:id="rId8"/>
      <w:pgSz w:w="12240" w:h="15840"/>
      <w:pgMar w:top="720" w:right="979" w:bottom="720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5977F" w14:textId="77777777" w:rsidR="00DD582A" w:rsidRDefault="00DD582A">
      <w:pPr>
        <w:spacing w:after="0" w:line="240" w:lineRule="auto"/>
      </w:pPr>
      <w:r>
        <w:separator/>
      </w:r>
    </w:p>
  </w:endnote>
  <w:endnote w:type="continuationSeparator" w:id="0">
    <w:p w14:paraId="5C89C415" w14:textId="77777777" w:rsidR="00DD582A" w:rsidRDefault="00DD5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9B19B" w14:textId="77777777" w:rsidR="00270A2C" w:rsidRDefault="00DD582A">
    <w:pPr>
      <w:pStyle w:val="Footer"/>
      <w:jc w:val="center"/>
    </w:pPr>
    <w:r>
      <w:rPr>
        <w:sz w:val="14"/>
      </w:rPr>
      <w:t>Ojo Boluwatife Deborah  |  Curriculum Vitae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2081A" w14:textId="77777777" w:rsidR="00DD582A" w:rsidRDefault="00DD582A">
      <w:pPr>
        <w:spacing w:after="0" w:line="240" w:lineRule="auto"/>
      </w:pPr>
      <w:r>
        <w:separator/>
      </w:r>
    </w:p>
  </w:footnote>
  <w:footnote w:type="continuationSeparator" w:id="0">
    <w:p w14:paraId="7A327671" w14:textId="77777777" w:rsidR="00DD582A" w:rsidRDefault="00DD5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4867552">
    <w:abstractNumId w:val="8"/>
  </w:num>
  <w:num w:numId="2" w16cid:durableId="1553074607">
    <w:abstractNumId w:val="6"/>
  </w:num>
  <w:num w:numId="3" w16cid:durableId="1187905654">
    <w:abstractNumId w:val="5"/>
  </w:num>
  <w:num w:numId="4" w16cid:durableId="214856122">
    <w:abstractNumId w:val="4"/>
  </w:num>
  <w:num w:numId="5" w16cid:durableId="2042168451">
    <w:abstractNumId w:val="7"/>
  </w:num>
  <w:num w:numId="6" w16cid:durableId="441338567">
    <w:abstractNumId w:val="3"/>
  </w:num>
  <w:num w:numId="7" w16cid:durableId="708453833">
    <w:abstractNumId w:val="2"/>
  </w:num>
  <w:num w:numId="8" w16cid:durableId="1033068195">
    <w:abstractNumId w:val="1"/>
  </w:num>
  <w:num w:numId="9" w16cid:durableId="2140298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7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0A2C"/>
    <w:rsid w:val="0029639D"/>
    <w:rsid w:val="00326F90"/>
    <w:rsid w:val="00AA1D8D"/>
    <w:rsid w:val="00B47730"/>
    <w:rsid w:val="00CB0664"/>
    <w:rsid w:val="00DD582A"/>
    <w:rsid w:val="00DF0E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244D03"/>
  <w14:defaultImageDpi w14:val="300"/>
  <w15:docId w15:val="{B49F81A3-C717-9144-A6FD-B473614B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Deborah OJO</cp:lastModifiedBy>
  <cp:revision>2</cp:revision>
  <dcterms:created xsi:type="dcterms:W3CDTF">2026-09-28T13:06:00Z</dcterms:created>
  <dcterms:modified xsi:type="dcterms:W3CDTF">2026-09-28T13:06:00Z</dcterms:modified>
  <cp:category/>
</cp:coreProperties>
</file>