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OLUCHUKWU MODEBE</w:t>
      </w:r>
    </w:p>
    <w:p>
      <w:pPr>
        <w:jc w:val="center"/>
      </w:pPr>
      <w:r>
        <w:t>Lagos, Nigeria | +234 814 4973 892 | modebemarieo@gmail.com</w:t>
      </w:r>
    </w:p>
    <w:p>
      <w:pPr>
        <w:pStyle w:val="Heading2"/>
      </w:pPr>
      <w:r>
        <w:t>Professional Summary</w:t>
      </w:r>
    </w:p>
    <w:p>
      <w:r>
        <w:t>Results-driven Business Development and Administrative Professional with experience in executive support, business growth, client relationship management, and strategic operations. Skilled in communication, partnership development, sales support, digital marketing, and organizational management. Passionate about driving growth, improving client experiences, and supporting business success.</w:t>
      </w:r>
    </w:p>
    <w:p>
      <w:pPr>
        <w:pStyle w:val="Heading2"/>
      </w:pPr>
      <w:r>
        <w:t>Professional Experience</w:t>
      </w:r>
    </w:p>
    <w:p>
      <w:r>
        <w:rPr>
          <w:b/>
        </w:rPr>
        <w:t xml:space="preserve">Business Development Manager – Conclase Academy </w:t>
      </w:r>
      <w:r>
        <w:t>| December 2025 – Present</w:t>
      </w:r>
    </w:p>
    <w:p>
      <w:pPr>
        <w:pStyle w:val="ListBullet"/>
      </w:pPr>
      <w:r>
        <w:t>Identify and develop new business opportunities to support company growth and revenue generation.</w:t>
      </w:r>
    </w:p>
    <w:p>
      <w:pPr>
        <w:pStyle w:val="ListBullet"/>
      </w:pPr>
      <w:r>
        <w:t>Build and maintain relationships with corporate clients, educational institutions, and strategic partners.</w:t>
      </w:r>
    </w:p>
    <w:p>
      <w:pPr>
        <w:pStyle w:val="ListBullet"/>
      </w:pPr>
      <w:r>
        <w:t>Promote and market academy programs, training services, and recruitment solutions.</w:t>
      </w:r>
    </w:p>
    <w:p>
      <w:pPr>
        <w:pStyle w:val="ListBullet"/>
      </w:pPr>
      <w:r>
        <w:t>Generate leads through networking, outreach, referrals, and digital platforms.</w:t>
      </w:r>
    </w:p>
    <w:p>
      <w:pPr>
        <w:pStyle w:val="ListBullet"/>
      </w:pPr>
      <w:r>
        <w:t>Prepare proposals, presentations, and partnership pitches for prospective clients.</w:t>
      </w:r>
    </w:p>
    <w:p>
      <w:pPr>
        <w:pStyle w:val="ListBullet"/>
      </w:pPr>
      <w:r>
        <w:t>Support client onboarding, account management, and customer retention initiatives.</w:t>
      </w:r>
    </w:p>
    <w:p>
      <w:pPr>
        <w:pStyle w:val="ListBullet"/>
      </w:pPr>
      <w:r>
        <w:t>Collaborate with internal teams to improve service delivery and client satisfaction.</w:t>
      </w:r>
    </w:p>
    <w:p>
      <w:pPr>
        <w:pStyle w:val="ListBullet"/>
      </w:pPr>
      <w:r>
        <w:t>Track sales activities, business performance, and partnership opportunities.</w:t>
      </w:r>
    </w:p>
    <w:p>
      <w:r>
        <w:rPr>
          <w:b/>
        </w:rPr>
        <w:t xml:space="preserve">Executive Assistant to the Founder/CEO – Conclase Consulting </w:t>
      </w:r>
      <w:r>
        <w:t>| February 2024 – December 2025</w:t>
      </w:r>
    </w:p>
    <w:p>
      <w:pPr>
        <w:pStyle w:val="ListBullet"/>
      </w:pPr>
      <w:r>
        <w:t>Provided high-level administrative and operational support to the Founder/CEO.</w:t>
      </w:r>
    </w:p>
    <w:p>
      <w:pPr>
        <w:pStyle w:val="ListBullet"/>
      </w:pPr>
      <w:r>
        <w:t>Managed schedules, meetings, appointments, and internal communications.</w:t>
      </w:r>
    </w:p>
    <w:p>
      <w:pPr>
        <w:pStyle w:val="ListBullet"/>
      </w:pPr>
      <w:r>
        <w:t>Coordinated business operations and supported project execution across departments.</w:t>
      </w:r>
    </w:p>
    <w:p>
      <w:pPr>
        <w:pStyle w:val="ListBullet"/>
      </w:pPr>
      <w:r>
        <w:t>Prepared reports, presentations, and official correspondence.</w:t>
      </w:r>
    </w:p>
    <w:p>
      <w:pPr>
        <w:pStyle w:val="ListBullet"/>
      </w:pPr>
      <w:r>
        <w:t>Handled client communications and maintained professional relationships with stakeholders.</w:t>
      </w:r>
    </w:p>
    <w:p>
      <w:pPr>
        <w:pStyle w:val="ListBullet"/>
      </w:pPr>
      <w:r>
        <w:t>Supported recruitment, onboarding, and organizational activities.</w:t>
      </w:r>
    </w:p>
    <w:p>
      <w:pPr>
        <w:pStyle w:val="ListBullet"/>
      </w:pPr>
      <w:r>
        <w:t>Assisted with business strategy implementation and process improvement initiatives.</w:t>
      </w:r>
    </w:p>
    <w:p>
      <w:pPr>
        <w:pStyle w:val="ListBullet"/>
      </w:pPr>
      <w:r>
        <w:t>Maintained confidential records and ensured efficient office operations.</w:t>
      </w:r>
    </w:p>
    <w:p>
      <w:r>
        <w:rPr>
          <w:b/>
        </w:rPr>
        <w:t xml:space="preserve">Creative Lead &amp; Founder – Olly’s Crochet </w:t>
      </w:r>
      <w:r>
        <w:t>| July 2021 – Present</w:t>
      </w:r>
    </w:p>
    <w:p>
      <w:pPr>
        <w:pStyle w:val="ListBullet"/>
      </w:pPr>
      <w:r>
        <w:t>Managed and grew a successful crochet fashion brand, overseeing operations, production, customer service, and sales.</w:t>
      </w:r>
    </w:p>
    <w:p>
      <w:pPr>
        <w:pStyle w:val="ListBullet"/>
      </w:pPr>
      <w:r>
        <w:t>Implemented digital marketing strategies that increased brand visibility and customer engagement.</w:t>
      </w:r>
    </w:p>
    <w:p>
      <w:pPr>
        <w:pStyle w:val="ListBullet"/>
      </w:pPr>
      <w:r>
        <w:t>Built and maintained strong customer relationships, ensuring high customer satisfaction and repeat business.</w:t>
      </w:r>
    </w:p>
    <w:p>
      <w:pPr>
        <w:pStyle w:val="ListBullet"/>
      </w:pPr>
      <w:r>
        <w:t>Managed inventory, order fulfillment, and production timelines efficiently.</w:t>
      </w:r>
    </w:p>
    <w:p>
      <w:pPr>
        <w:pStyle w:val="ListBullet"/>
      </w:pPr>
      <w:r>
        <w:t>Developed creative product concepts tailored to customer trends and market demands.</w:t>
      </w:r>
    </w:p>
    <w:p>
      <w:pPr>
        <w:pStyle w:val="Heading2"/>
      </w:pPr>
      <w:r>
        <w:t>Core Skills</w:t>
      </w:r>
    </w:p>
    <w:p>
      <w:pPr>
        <w:pStyle w:val="ListBullet"/>
      </w:pPr>
      <w:r>
        <w:t>Business Development</w:t>
      </w:r>
    </w:p>
    <w:p>
      <w:pPr>
        <w:pStyle w:val="ListBullet"/>
      </w:pPr>
      <w:r>
        <w:t>Executive Assistance</w:t>
      </w:r>
    </w:p>
    <w:p>
      <w:pPr>
        <w:pStyle w:val="ListBullet"/>
      </w:pPr>
      <w:r>
        <w:t>Client Relationship Management</w:t>
      </w:r>
    </w:p>
    <w:p>
      <w:pPr>
        <w:pStyle w:val="ListBullet"/>
      </w:pPr>
      <w:r>
        <w:t>Sales &amp; Lead Generation</w:t>
      </w:r>
    </w:p>
    <w:p>
      <w:pPr>
        <w:pStyle w:val="ListBullet"/>
      </w:pPr>
      <w:r>
        <w:t>Communication &amp; Negotiation</w:t>
      </w:r>
    </w:p>
    <w:p>
      <w:pPr>
        <w:pStyle w:val="ListBullet"/>
      </w:pPr>
      <w:r>
        <w:t>Digital Marketing</w:t>
      </w:r>
    </w:p>
    <w:p>
      <w:pPr>
        <w:pStyle w:val="ListBullet"/>
      </w:pPr>
      <w:r>
        <w:t>Administrative Support</w:t>
      </w:r>
    </w:p>
    <w:p>
      <w:pPr>
        <w:pStyle w:val="ListBullet"/>
      </w:pPr>
      <w:r>
        <w:t>Project Coordination</w:t>
      </w:r>
    </w:p>
    <w:p>
      <w:pPr>
        <w:pStyle w:val="ListBullet"/>
      </w:pPr>
      <w:r>
        <w:t>Entrepreneurship</w:t>
      </w:r>
    </w:p>
    <w:p>
      <w:pPr>
        <w:pStyle w:val="ListBullet"/>
      </w:pPr>
      <w:r>
        <w:t>Problem Solving &amp; Team Collaboration</w:t>
      </w:r>
    </w:p>
    <w:p>
      <w:pPr>
        <w:pStyle w:val="Heading2"/>
      </w:pPr>
      <w:r>
        <w:t>Education</w:t>
      </w:r>
    </w:p>
    <w:p>
      <w:r>
        <w:rPr>
          <w:b/>
        </w:rPr>
        <w:t xml:space="preserve">Babcock University </w:t>
      </w:r>
      <w:r>
        <w:t>| Bachelor of Arts in English Studies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