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8A6B4" w14:textId="77777777" w:rsidR="002F627B" w:rsidRDefault="00000000">
      <w:pPr>
        <w:pStyle w:val="Heading1"/>
      </w:pPr>
      <w:r>
        <w:t>OROJINMI OLUWABUNMI OLAMIDE</w:t>
      </w:r>
    </w:p>
    <w:p w14:paraId="30303E9A" w14:textId="77777777" w:rsidR="002F627B" w:rsidRDefault="00000000">
      <w:r>
        <w:t>📞 08106136197 | 📧 orojinmioluwabunmi@gmail.com</w:t>
      </w:r>
      <w:r>
        <w:br/>
        <w:t>🔗 LinkedIn: Oluwabunmi Orojinmi</w:t>
      </w:r>
    </w:p>
    <w:p w14:paraId="45DE7369" w14:textId="77777777" w:rsidR="002F627B" w:rsidRDefault="00000000">
      <w:pPr>
        <w:pStyle w:val="Heading2"/>
      </w:pPr>
      <w:r>
        <w:t>PROFESSIONAL SUMMARY</w:t>
      </w:r>
    </w:p>
    <w:p w14:paraId="01FE5858" w14:textId="77777777" w:rsidR="002F627B" w:rsidRDefault="00000000" w:rsidP="00D83D2B">
      <w:pPr>
        <w:jc w:val="both"/>
      </w:pPr>
      <w:r>
        <w:t>A dedicated and detail-oriented professional with experience in teaching and operations. Skilled in customs documentation, shipment tracking, and client communications. Proficient in graphic design and digital tools with strong organizational abilities, capable of working independently or collaboratively to achieve team objectives.</w:t>
      </w:r>
    </w:p>
    <w:p w14:paraId="158FC93D" w14:textId="77777777" w:rsidR="002F627B" w:rsidRDefault="00000000">
      <w:pPr>
        <w:pStyle w:val="Heading2"/>
      </w:pPr>
      <w:r>
        <w:t>WORK EXPERIENCE</w:t>
      </w:r>
    </w:p>
    <w:p w14:paraId="4827F584" w14:textId="3070E961" w:rsidR="002F627B" w:rsidRDefault="00000000">
      <w:pPr>
        <w:pStyle w:val="ListBullet"/>
      </w:pPr>
      <w:r>
        <w:t xml:space="preserve">Operations </w:t>
      </w:r>
      <w:r w:rsidR="00D83D2B">
        <w:t>Officer</w:t>
      </w:r>
    </w:p>
    <w:p w14:paraId="400296F4" w14:textId="77777777" w:rsidR="002F627B" w:rsidRDefault="00000000">
      <w:r>
        <w:t>Rubycom Services Limited — Oct 2020 – Present</w:t>
      </w:r>
    </w:p>
    <w:p w14:paraId="3E65EBDA" w14:textId="77777777" w:rsidR="002F627B" w:rsidRDefault="00000000" w:rsidP="00D83D2B">
      <w:r>
        <w:t>- Generating customs assessment for shipments</w:t>
      </w:r>
      <w:r>
        <w:br/>
        <w:t>- Quoting for clients (duty payable, export, import, etc.)</w:t>
      </w:r>
      <w:r>
        <w:br/>
        <w:t>- Keeping records of all operational activities (documentation)</w:t>
      </w:r>
      <w:r>
        <w:br/>
        <w:t>- Tracking shipments and ensuring timely delivery</w:t>
      </w:r>
      <w:r>
        <w:br/>
        <w:t>- Ensuring shipments reach end users in good condition</w:t>
      </w:r>
      <w:r>
        <w:br/>
        <w:t>- Managing invoices, entries, and receipts for clients</w:t>
      </w:r>
      <w:r>
        <w:br/>
        <w:t>- Opening files for new shipments</w:t>
      </w:r>
      <w:r>
        <w:br/>
        <w:t>- Sending daily, weekly, and monthly shipment updates (in-house and to clients)</w:t>
      </w:r>
    </w:p>
    <w:p w14:paraId="6715E289" w14:textId="77777777" w:rsidR="002F627B" w:rsidRDefault="00000000">
      <w:pPr>
        <w:pStyle w:val="ListBullet"/>
      </w:pPr>
      <w:r>
        <w:t>Class Teacher</w:t>
      </w:r>
    </w:p>
    <w:p w14:paraId="4DA08187" w14:textId="77777777" w:rsidR="002F627B" w:rsidRDefault="00000000">
      <w:r>
        <w:t>Grace Island Nursery and Primary School — Sept 2015 – Jul 2018</w:t>
      </w:r>
    </w:p>
    <w:p w14:paraId="2195F721" w14:textId="77777777" w:rsidR="002F627B" w:rsidRDefault="00000000">
      <w:r>
        <w:t>- Delivered effective classroom instruction to pupils</w:t>
      </w:r>
      <w:r>
        <w:br/>
        <w:t>- Maintained classroom discipline and created a positive learning environment</w:t>
      </w:r>
      <w:r>
        <w:br/>
        <w:t>- Assessed and monitored student progress</w:t>
      </w:r>
      <w:r>
        <w:br/>
        <w:t>- Built strong relationships with parents and staff</w:t>
      </w:r>
    </w:p>
    <w:p w14:paraId="113673B9" w14:textId="77777777" w:rsidR="002F627B" w:rsidRDefault="00000000">
      <w:pPr>
        <w:pStyle w:val="Heading2"/>
      </w:pPr>
      <w:r>
        <w:t>EDUCATION</w:t>
      </w:r>
    </w:p>
    <w:p w14:paraId="710245AA" w14:textId="77777777" w:rsidR="002F627B" w:rsidRDefault="00000000">
      <w:r>
        <w:t>• Bachelor of Science (B.Sc.) in Public Administration (In View)</w:t>
      </w:r>
      <w:r>
        <w:br/>
        <w:t>• National Diploma (ND) in Office Technology &amp; Management</w:t>
      </w:r>
      <w:r>
        <w:br/>
        <w:t>• West African Senior School Certificate (WASSCE)</w:t>
      </w:r>
      <w:r>
        <w:br/>
        <w:t>• First School Leaving Certificate</w:t>
      </w:r>
    </w:p>
    <w:p w14:paraId="7F377334" w14:textId="77777777" w:rsidR="002F627B" w:rsidRDefault="00000000">
      <w:pPr>
        <w:pStyle w:val="Heading2"/>
      </w:pPr>
      <w:r>
        <w:t>SKILLS</w:t>
      </w:r>
    </w:p>
    <w:p w14:paraId="0D4B9A30" w14:textId="77777777" w:rsidR="002F627B" w:rsidRDefault="00000000">
      <w:r>
        <w:t>- Graphic Design (Canva, CapCut)</w:t>
      </w:r>
      <w:r>
        <w:br/>
        <w:t>- Microsoft Office Suite (Word, Excel, PowerPoint)</w:t>
      </w:r>
      <w:r>
        <w:br/>
        <w:t>- QuickBooks (Basic)</w:t>
      </w:r>
      <w:r>
        <w:br/>
      </w:r>
      <w:r>
        <w:lastRenderedPageBreak/>
        <w:t>- Strong interpersonal and communication skills</w:t>
      </w:r>
      <w:r>
        <w:br/>
        <w:t>- Ability to work under minimal supervision</w:t>
      </w:r>
      <w:r>
        <w:br/>
        <w:t>- Fast learner of new software and systems</w:t>
      </w:r>
      <w:r>
        <w:br/>
        <w:t>- Efficiency and effectiveness in task execution</w:t>
      </w:r>
      <w:r>
        <w:br/>
        <w:t>- Strong team collaboration abilities</w:t>
      </w:r>
    </w:p>
    <w:p w14:paraId="2866E680" w14:textId="77777777" w:rsidR="002F627B" w:rsidRDefault="00000000">
      <w:pPr>
        <w:pStyle w:val="Heading2"/>
      </w:pPr>
      <w:r>
        <w:t>LANGUAGES</w:t>
      </w:r>
    </w:p>
    <w:p w14:paraId="0EA585C9" w14:textId="77777777" w:rsidR="002F627B" w:rsidRDefault="00000000">
      <w:r>
        <w:t>• English (Fluent)</w:t>
      </w:r>
      <w:r>
        <w:br/>
        <w:t>• Yoruba (Fluent)</w:t>
      </w:r>
    </w:p>
    <w:p w14:paraId="7F0A15DB" w14:textId="77777777" w:rsidR="002F627B" w:rsidRDefault="00000000">
      <w:pPr>
        <w:pStyle w:val="Heading2"/>
      </w:pPr>
      <w:r>
        <w:t>REFEREES</w:t>
      </w:r>
    </w:p>
    <w:p w14:paraId="40F56859" w14:textId="77777777" w:rsidR="002F627B" w:rsidRDefault="00000000">
      <w:r>
        <w:t>Available on request.</w:t>
      </w:r>
    </w:p>
    <w:sectPr w:rsidR="002F627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2260179">
    <w:abstractNumId w:val="8"/>
  </w:num>
  <w:num w:numId="2" w16cid:durableId="1988431819">
    <w:abstractNumId w:val="6"/>
  </w:num>
  <w:num w:numId="3" w16cid:durableId="421533287">
    <w:abstractNumId w:val="5"/>
  </w:num>
  <w:num w:numId="4" w16cid:durableId="1161234596">
    <w:abstractNumId w:val="4"/>
  </w:num>
  <w:num w:numId="5" w16cid:durableId="738209129">
    <w:abstractNumId w:val="7"/>
  </w:num>
  <w:num w:numId="6" w16cid:durableId="1027215849">
    <w:abstractNumId w:val="3"/>
  </w:num>
  <w:num w:numId="7" w16cid:durableId="1444113296">
    <w:abstractNumId w:val="2"/>
  </w:num>
  <w:num w:numId="8" w16cid:durableId="1694186755">
    <w:abstractNumId w:val="1"/>
  </w:num>
  <w:num w:numId="9" w16cid:durableId="773550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627B"/>
    <w:rsid w:val="00326F90"/>
    <w:rsid w:val="00AA1D8D"/>
    <w:rsid w:val="00B47730"/>
    <w:rsid w:val="00C229A2"/>
    <w:rsid w:val="00CB0664"/>
    <w:rsid w:val="00D83D2B"/>
    <w:rsid w:val="00FB11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6E849B"/>
  <w14:defaultImageDpi w14:val="300"/>
  <w15:docId w15:val="{73360B4C-B3DD-4C5E-B5AD-BC9C1C343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Comfort Oluwabunmi</cp:lastModifiedBy>
  <cp:revision>3</cp:revision>
  <cp:lastPrinted>2025-07-10T09:20:00Z</cp:lastPrinted>
  <dcterms:created xsi:type="dcterms:W3CDTF">2013-12-23T23:15:00Z</dcterms:created>
  <dcterms:modified xsi:type="dcterms:W3CDTF">2025-07-10T10:04:00Z</dcterms:modified>
  <cp:category/>
</cp:coreProperties>
</file>