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OMOLAYO OREOFEOLUWA SUNDAY</w:t>
      </w:r>
    </w:p>
    <w:p>
      <w:r>
        <w:t>Operations Manager | Team Coordination | Project &amp; Process Management</w:t>
      </w:r>
    </w:p>
    <w:p>
      <w:r>
        <w:t>Email: sundayomolayo70@gmail.com</w:t>
      </w:r>
    </w:p>
    <w:p>
      <w:r>
        <w:t>Phone: +2347033181161</w:t>
      </w:r>
    </w:p>
    <w:p>
      <w:pPr>
        <w:pStyle w:val="Heading1"/>
      </w:pPr>
      <w:r>
        <w:t>PROFESSIONAL SUMMARY</w:t>
      </w:r>
    </w:p>
    <w:p>
      <w:r>
        <w:t>Results-driven Operations Manager with over 3+ years experience managing operations, coordinating teams, and ensuring timely execution of projects. Proven ability to organize workflows, track deliverables, manage communications across teams, and support leadership in achieving business goals. Adept at improving operational processes, maintaining performance metrics, and managing multiple projects simultaneously. Seeking to contribute strong operations leadership and execution skills to a fast-growing tech company.</w:t>
      </w:r>
    </w:p>
    <w:p>
      <w:pPr>
        <w:pStyle w:val="Heading1"/>
      </w:pPr>
      <w:r>
        <w:t>CORE SKILLS</w:t>
      </w:r>
    </w:p>
    <w:p>
      <w:pPr>
        <w:pStyle w:val="ListBullet"/>
      </w:pPr>
      <w:r>
        <w:t>Operations Management</w:t>
      </w:r>
    </w:p>
    <w:p>
      <w:pPr>
        <w:pStyle w:val="ListBullet"/>
      </w:pPr>
      <w:r>
        <w:t>Team Leadership &amp; Coordination</w:t>
      </w:r>
    </w:p>
    <w:p>
      <w:pPr>
        <w:pStyle w:val="ListBullet"/>
      </w:pPr>
      <w:r>
        <w:t>Project Monitoring &amp; Deadline Tracking</w:t>
      </w:r>
    </w:p>
    <w:p>
      <w:pPr>
        <w:pStyle w:val="ListBullet"/>
      </w:pPr>
      <w:r>
        <w:t>Process Improvement</w:t>
      </w:r>
    </w:p>
    <w:p>
      <w:pPr>
        <w:pStyle w:val="ListBullet"/>
      </w:pPr>
      <w:r>
        <w:t>Administrative Management</w:t>
      </w:r>
    </w:p>
    <w:p>
      <w:pPr>
        <w:pStyle w:val="ListBullet"/>
      </w:pPr>
      <w:r>
        <w:t>Customer &amp; Client Relationship Management</w:t>
      </w:r>
    </w:p>
    <w:p>
      <w:pPr>
        <w:pStyle w:val="ListBullet"/>
      </w:pPr>
      <w:r>
        <w:t>Microsoft Office (Word, Excel, PowerPoint)</w:t>
      </w:r>
    </w:p>
    <w:p>
      <w:pPr>
        <w:pStyle w:val="ListBullet"/>
      </w:pPr>
      <w:r>
        <w:t>Communication &amp; Organizational Skills</w:t>
      </w:r>
    </w:p>
    <w:p>
      <w:pPr>
        <w:pStyle w:val="Heading1"/>
      </w:pPr>
      <w:r>
        <w:t>PROFESSIONAL EXPERIENCE</w:t>
      </w:r>
    </w:p>
    <w:p>
      <w:pPr>
        <w:pStyle w:val="Heading2"/>
      </w:pPr>
      <w:r>
        <w:t>THE UNBREAKABLE GRACE CONSULTANCY LTD – Operations Manager</w:t>
      </w:r>
    </w:p>
    <w:p>
      <w:r>
        <w:t>July 2022 – Present</w:t>
      </w:r>
    </w:p>
    <w:p>
      <w:pPr>
        <w:pStyle w:val="ListBullet"/>
      </w:pPr>
      <w:r>
        <w:t>Coordinated daily operational activities and ensured smooth workflow across departments.</w:t>
      </w:r>
    </w:p>
    <w:p>
      <w:pPr>
        <w:pStyle w:val="ListBullet"/>
      </w:pPr>
      <w:r>
        <w:t>Monitored project progress, deadlines, and deliverables to ensure timely execution.</w:t>
      </w:r>
    </w:p>
    <w:p>
      <w:pPr>
        <w:pStyle w:val="ListBullet"/>
      </w:pPr>
      <w:r>
        <w:t>Managed client communications and maintained strong relationships with international partners.</w:t>
      </w:r>
    </w:p>
    <w:p>
      <w:pPr>
        <w:pStyle w:val="ListBullet"/>
      </w:pPr>
      <w:r>
        <w:t>Conducted research and prepared proposals for partnerships with universities abroad.</w:t>
      </w:r>
    </w:p>
    <w:p>
      <w:pPr>
        <w:pStyle w:val="ListBullet"/>
      </w:pPr>
      <w:r>
        <w:t>Organized international and local travel logistics including flight searches and bookings.</w:t>
      </w:r>
    </w:p>
    <w:p>
      <w:pPr>
        <w:pStyle w:val="ListBullet"/>
      </w:pPr>
      <w:r>
        <w:t>Oversaw administrative operations and ensured efficient documentation and record keeping.</w:t>
      </w:r>
    </w:p>
    <w:p>
      <w:pPr>
        <w:pStyle w:val="ListBullet"/>
      </w:pPr>
      <w:r>
        <w:t>Assisted leadership in decision-making by providing operational insights and updates.</w:t>
      </w:r>
    </w:p>
    <w:p>
      <w:pPr>
        <w:pStyle w:val="Heading2"/>
      </w:pPr>
      <w:r>
        <w:t>SPECIAL SLOTS CONSULTANCY LTD – Operations Manager / Customer Relations Officer</w:t>
      </w:r>
    </w:p>
    <w:p>
      <w:r>
        <w:t>July 2020 – June 2022</w:t>
      </w:r>
    </w:p>
    <w:p>
      <w:pPr>
        <w:pStyle w:val="ListBullet"/>
      </w:pPr>
      <w:r>
        <w:t>Managed day-to-day company operations and supported business growth initiatives.</w:t>
      </w:r>
    </w:p>
    <w:p>
      <w:pPr>
        <w:pStyle w:val="ListBullet"/>
      </w:pPr>
      <w:r>
        <w:t>Coordinated admissions processing for international students applying to universities abroad.</w:t>
      </w:r>
    </w:p>
    <w:p>
      <w:pPr>
        <w:pStyle w:val="ListBullet"/>
      </w:pPr>
      <w:r>
        <w:t>Managed communications between the organization and international partners.</w:t>
      </w:r>
    </w:p>
    <w:p>
      <w:pPr>
        <w:pStyle w:val="ListBullet"/>
      </w:pPr>
      <w:r>
        <w:t>Tracked applications, documentation, and deadlines to ensure smooth processing.</w:t>
      </w:r>
    </w:p>
    <w:p>
      <w:pPr>
        <w:pStyle w:val="ListBullet"/>
      </w:pPr>
      <w:r>
        <w:t>Handled customer inquiries and maintained strong client relationships.</w:t>
      </w:r>
    </w:p>
    <w:p>
      <w:pPr>
        <w:pStyle w:val="ListBullet"/>
      </w:pPr>
      <w:r>
        <w:t>Represented the organization in professional communications and proposals.</w:t>
      </w:r>
    </w:p>
    <w:p>
      <w:pPr>
        <w:pStyle w:val="ListBullet"/>
      </w:pPr>
      <w:r>
        <w:t>Supervised operations during the absence of the Managing Director.</w:t>
      </w:r>
    </w:p>
    <w:p>
      <w:pPr>
        <w:pStyle w:val="Heading2"/>
      </w:pPr>
      <w:r>
        <w:t>GOODMUS LEARNING CENTRE – Customer Care Officer / Records &amp; Protocol Officer</w:t>
      </w:r>
    </w:p>
    <w:p>
      <w:r>
        <w:t>July 2019 – June 2020</w:t>
      </w:r>
    </w:p>
    <w:p>
      <w:pPr>
        <w:pStyle w:val="ListBullet"/>
      </w:pPr>
      <w:r>
        <w:t>Managed customer inquiries and resolved complaints efficiently.</w:t>
      </w:r>
    </w:p>
    <w:p>
      <w:pPr>
        <w:pStyle w:val="ListBullet"/>
      </w:pPr>
      <w:r>
        <w:t>Maintained detailed records of customer interactions and transactions.</w:t>
      </w:r>
    </w:p>
    <w:p>
      <w:pPr>
        <w:pStyle w:val="ListBullet"/>
      </w:pPr>
      <w:r>
        <w:t>Coordinated internal communication between staff and management.</w:t>
      </w:r>
    </w:p>
    <w:p>
      <w:pPr>
        <w:pStyle w:val="ListBullet"/>
      </w:pPr>
      <w:r>
        <w:t>Monitored service processes and provided feedback to improve efficiency.</w:t>
      </w:r>
    </w:p>
    <w:p>
      <w:pPr>
        <w:pStyle w:val="Heading2"/>
      </w:pPr>
      <w:r>
        <w:t>AFE BABALOLA UNIVERSITY – Personal Assistant / Administrative Secretary</w:t>
      </w:r>
    </w:p>
    <w:p>
      <w:r>
        <w:t>December 2018 – June 2019</w:t>
      </w:r>
    </w:p>
    <w:p>
      <w:pPr>
        <w:pStyle w:val="ListBullet"/>
      </w:pPr>
      <w:r>
        <w:t>Coordinated meetings and sent reminders to ensure schedule adherence.</w:t>
      </w:r>
    </w:p>
    <w:p>
      <w:pPr>
        <w:pStyle w:val="ListBullet"/>
      </w:pPr>
      <w:r>
        <w:t>Assisted with academic documentation and preparation of examination materials.</w:t>
      </w:r>
    </w:p>
    <w:p>
      <w:pPr>
        <w:pStyle w:val="ListBullet"/>
      </w:pPr>
      <w:r>
        <w:t>Maintained records, reports, and student result sheets.</w:t>
      </w:r>
    </w:p>
    <w:p>
      <w:pPr>
        <w:pStyle w:val="ListBullet"/>
      </w:pPr>
      <w:r>
        <w:t>Supported administrative and operational tasks for the department.</w:t>
      </w:r>
    </w:p>
    <w:p>
      <w:pPr>
        <w:pStyle w:val="Heading2"/>
      </w:pPr>
      <w:r>
        <w:t>NATIONAL YOUTH SERVICE CORPS (NYSC) – Class Teacher</w:t>
      </w:r>
    </w:p>
    <w:p>
      <w:r>
        <w:t>November 2017 – October 2018</w:t>
      </w:r>
    </w:p>
    <w:p>
      <w:pPr>
        <w:pStyle w:val="ListBullet"/>
      </w:pPr>
      <w:r>
        <w:t>Prepared lesson plans and delivered classroom instruction.</w:t>
      </w:r>
    </w:p>
    <w:p>
      <w:pPr>
        <w:pStyle w:val="ListBullet"/>
      </w:pPr>
      <w:r>
        <w:t>Organized educational activities and supported student development.</w:t>
      </w:r>
    </w:p>
    <w:p>
      <w:pPr>
        <w:pStyle w:val="Heading1"/>
      </w:pPr>
      <w:r>
        <w:t>EDUCATION</w:t>
      </w:r>
    </w:p>
    <w:p>
      <w:r>
        <w:t>Adekunle Ajasin University</w:t>
      </w:r>
    </w:p>
    <w:p>
      <w:r>
        <w:t>Bachelor of Arts (B.A) Philosophy &amp; Religious Studies — Second Class Upper (2:1)</w:t>
      </w:r>
    </w:p>
    <w:p>
      <w:pPr>
        <w:pStyle w:val="Heading1"/>
      </w:pPr>
      <w:r>
        <w:t>CERTIFICATIONS</w:t>
      </w:r>
    </w:p>
    <w:p>
      <w:pPr>
        <w:pStyle w:val="ListBullet"/>
      </w:pPr>
      <w:r>
        <w:t>Diploma in Customer Service — Alison</w:t>
      </w:r>
    </w:p>
    <w:p>
      <w:pPr>
        <w:pStyle w:val="ListBullet"/>
      </w:pPr>
      <w:r>
        <w:t>Hospitality Management — Alison</w:t>
      </w:r>
    </w:p>
    <w:p>
      <w:pPr>
        <w:pStyle w:val="ListBullet"/>
      </w:pPr>
      <w:r>
        <w:t>Certificate in Aviation — Universal School of Aviation</w:t>
      </w:r>
    </w:p>
    <w:p>
      <w:pPr>
        <w:pStyle w:val="Heading1"/>
      </w:pPr>
      <w:r>
        <w:t>ADDITIONAL INFORMATION</w:t>
      </w:r>
    </w:p>
    <w:p>
      <w:r>
        <w:t>Sex: Female</w:t>
      </w:r>
    </w:p>
    <w:p>
      <w:r>
        <w:t>Nationality: Nigerian</w:t>
      </w:r>
    </w:p>
    <w:p>
      <w:r>
        <w:t>Health Status: Fit</w:t>
      </w:r>
    </w:p>
    <w:p>
      <w:r>
        <w:t>References available upon request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