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OMOTOSO, SEUN SAMUEL</w:t>
      </w:r>
    </w:p>
    <w:p>
      <w:r>
        <w:t>Graduate Science Laboratory Technician</w:t>
      </w:r>
    </w:p>
    <w:p>
      <w:r>
        <w:t>Lagos State, Nigeria</w:t>
      </w:r>
    </w:p>
    <w:p>
      <w:r>
        <w:t>Phone: +234 706 277 1897</w:t>
      </w:r>
    </w:p>
    <w:p>
      <w:r>
        <w:t>Email: omotoshomiracle666@gmail.com</w:t>
      </w:r>
    </w:p>
    <w:p>
      <w:pPr>
        <w:pStyle w:val="Heading2"/>
      </w:pPr>
      <w:r>
        <w:t>PROFESSIONAL SUMMARY</w:t>
      </w:r>
    </w:p>
    <w:p>
      <w:r>
        <w:t>Dedicated and reliable Science Laboratory Technology graduate with practical experience in laboratory operations, production supervision, hospitality services, and sales representation. Possesses strong communication, teamwork, organizational, and problem-solving skills with a commitment to professionalism, efficiency, and workplace safety.</w:t>
      </w:r>
    </w:p>
    <w:p>
      <w:pPr>
        <w:pStyle w:val="Heading2"/>
      </w:pPr>
      <w:r>
        <w:t>WORK EXPERIENCE</w:t>
      </w:r>
    </w:p>
    <w:p>
      <w:r>
        <w:rPr>
          <w:b/>
        </w:rPr>
        <w:t>Decho Plastic Limited, Ogun State</w:t>
        <w:br/>
      </w:r>
      <w:r>
        <w:rPr>
          <w:i/>
        </w:rPr>
        <w:t>Production Supervisor | Apr 2024 – Present</w:t>
      </w:r>
    </w:p>
    <w:p>
      <w:pPr>
        <w:pStyle w:val="ListBullet"/>
      </w:pPr>
      <w:r>
        <w:t>Coordinate daily production activities to meet operational targets.</w:t>
      </w:r>
    </w:p>
    <w:p>
      <w:pPr>
        <w:pStyle w:val="ListBullet"/>
      </w:pPr>
      <w:r>
        <w:t>Supervise staff performance and maintain quality control standards.</w:t>
      </w:r>
    </w:p>
    <w:p>
      <w:pPr>
        <w:pStyle w:val="ListBullet"/>
      </w:pPr>
      <w:r>
        <w:t>Prepare production reports and maintain accurate records.</w:t>
      </w:r>
    </w:p>
    <w:p>
      <w:r>
        <w:rPr>
          <w:b/>
        </w:rPr>
        <w:t>Global Signature Hotel, Lagos</w:t>
        <w:br/>
      </w:r>
      <w:r>
        <w:rPr>
          <w:i/>
        </w:rPr>
        <w:t>Waiter | 2020 – 2024</w:t>
      </w:r>
    </w:p>
    <w:p>
      <w:pPr>
        <w:pStyle w:val="ListBullet"/>
      </w:pPr>
      <w:r>
        <w:t>Welcomed guests and managed food/drink orders professionally.</w:t>
      </w:r>
    </w:p>
    <w:p>
      <w:pPr>
        <w:pStyle w:val="ListBullet"/>
      </w:pPr>
      <w:r>
        <w:t>Handled payment transactions and maintained hygiene standards.</w:t>
      </w:r>
    </w:p>
    <w:p>
      <w:pPr>
        <w:pStyle w:val="ListBullet"/>
      </w:pPr>
      <w:r>
        <w:t>Supported customer satisfaction through quality service delivery.</w:t>
      </w:r>
    </w:p>
    <w:p>
      <w:r>
        <w:rPr>
          <w:b/>
        </w:rPr>
        <w:t>Real Petbos Pharmaceutical &amp; Supermarket, Ado-Ekiti</w:t>
        <w:br/>
      </w:r>
      <w:r>
        <w:rPr>
          <w:i/>
        </w:rPr>
        <w:t>Sales Representative | 2018 – 2020</w:t>
      </w:r>
    </w:p>
    <w:p>
      <w:pPr>
        <w:pStyle w:val="ListBullet"/>
      </w:pPr>
      <w:r>
        <w:t>Promoted and sold products to customers.</w:t>
      </w:r>
    </w:p>
    <w:p>
      <w:pPr>
        <w:pStyle w:val="ListBullet"/>
      </w:pPr>
      <w:r>
        <w:t>Maintained customer relationships and assisted with sales reporting.</w:t>
      </w:r>
    </w:p>
    <w:p>
      <w:r>
        <w:rPr>
          <w:b/>
        </w:rPr>
        <w:t>Destiny Laboratory, Ado-Ekiti</w:t>
        <w:br/>
      </w:r>
      <w:r>
        <w:rPr>
          <w:i/>
        </w:rPr>
        <w:t>Assistant Laboratory Technician (SIWES) | Jan 2017 – Apr 2017</w:t>
      </w:r>
    </w:p>
    <w:p>
      <w:pPr>
        <w:pStyle w:val="ListBullet"/>
      </w:pPr>
      <w:r>
        <w:t>Handled laboratory samples, testing, and documentation.</w:t>
      </w:r>
    </w:p>
    <w:p>
      <w:pPr>
        <w:pStyle w:val="ListBullet"/>
      </w:pPr>
      <w:r>
        <w:t>Maintained laboratory equipment and cleanliness.</w:t>
      </w:r>
    </w:p>
    <w:p>
      <w:pPr>
        <w:pStyle w:val="Heading2"/>
      </w:pPr>
      <w:r>
        <w:t>EDUCATION</w:t>
      </w:r>
    </w:p>
    <w:p>
      <w:r>
        <w:t>Higher National Diploma (HND), Science Laboratory Technology (Biochemistry Option) — Kwara State Polytechnic, Ilorin (2023)</w:t>
      </w:r>
    </w:p>
    <w:p>
      <w:r>
        <w:t>Ordinary National Diploma (OND), Science Laboratory Technology — Kwara State Polytechnic, Ilorin (2018)</w:t>
      </w:r>
    </w:p>
    <w:p>
      <w:r>
        <w:t>SSCE — 2014</w:t>
      </w:r>
    </w:p>
    <w:p>
      <w:r>
        <w:t>FSLC — 2007</w:t>
      </w:r>
    </w:p>
    <w:p>
      <w:pPr>
        <w:pStyle w:val="Heading2"/>
      </w:pPr>
      <w:r>
        <w:t>SKILLS</w:t>
      </w:r>
    </w:p>
    <w:p>
      <w:pPr>
        <w:pStyle w:val="ListBullet"/>
      </w:pPr>
      <w:r>
        <w:t>Laboratory Analysis &amp; Safety Procedures</w:t>
      </w:r>
    </w:p>
    <w:p>
      <w:pPr>
        <w:pStyle w:val="ListBullet"/>
      </w:pPr>
      <w:r>
        <w:t>Research and Report Writing</w:t>
      </w:r>
    </w:p>
    <w:p>
      <w:pPr>
        <w:pStyle w:val="ListBullet"/>
      </w:pPr>
      <w:r>
        <w:t>Communication and Teamwork</w:t>
      </w:r>
    </w:p>
    <w:p>
      <w:pPr>
        <w:pStyle w:val="ListBullet"/>
      </w:pPr>
      <w:r>
        <w:t>Microsoft Word &amp; PowerPoint</w:t>
      </w:r>
    </w:p>
    <w:p>
      <w:pPr>
        <w:pStyle w:val="ListBullet"/>
      </w:pPr>
      <w:r>
        <w:t>Leadership and Record Keeping</w:t>
      </w:r>
    </w:p>
    <w:p>
      <w:pPr>
        <w:pStyle w:val="ListBullet"/>
      </w:pPr>
      <w:r>
        <w:t>Critical Thinking &amp; Problem Solving</w:t>
      </w:r>
    </w:p>
    <w:p>
      <w:pPr>
        <w:pStyle w:val="ListBullet"/>
      </w:pPr>
      <w:r>
        <w:t>Customer Service &amp; Guest Relations</w:t>
      </w:r>
    </w:p>
    <w:p>
      <w:pPr>
        <w:pStyle w:val="Heading2"/>
      </w:pPr>
      <w:r>
        <w:t>PROJECT</w:t>
      </w:r>
    </w:p>
    <w:p>
      <w:r>
        <w:t>Environmental Impact of Greenhouse Gases</w:t>
      </w:r>
    </w:p>
    <w:p>
      <w:pPr>
        <w:pStyle w:val="Heading2"/>
      </w:pPr>
      <w:r>
        <w:t>REFERENCES</w:t>
      </w:r>
    </w:p>
    <w:p>
      <w:r>
        <w:t>Mr. Bakare Olamilekan</w:t>
        <w:br/>
        <w:t>Mechanical Engineer, Sonia Foods Company</w:t>
        <w:br/>
        <w:t>Phone: 07032094919</w:t>
      </w:r>
    </w:p>
    <w:p>
      <w:r>
        <w:t>Mrs. Bankole Oluwaseyi Deborah</w:t>
        <w:br/>
        <w:t>Professional Accountant</w:t>
        <w:br/>
        <w:t>Email: seyifunmilade@gmail.com</w:t>
        <w:br/>
        <w:t>Phone: 07066139599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