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40"/>
        </w:rPr>
        <w:t>OYENIYI DEBORAH MOTUNRAYO</w:t>
      </w:r>
    </w:p>
    <w:p>
      <w:pPr>
        <w:jc w:val="center"/>
      </w:pPr>
      <w:r>
        <w:rPr>
          <w:b/>
          <w:sz w:val="18"/>
        </w:rPr>
        <w:t>RECEPTIONIST  |  OFFICE ASSISTANT  |  CUSTOMER SERVICE  |  SALES</w:t>
      </w:r>
    </w:p>
    <w:p>
      <w:pPr>
        <w:jc w:val="center"/>
      </w:pPr>
      <w:r>
        <w:rPr>
          <w:sz w:val="17"/>
        </w:rPr>
        <w:t>Meiran, Lagos State  •  07048059248  •  oyeniyimotunrayo13@gmail.com</w:t>
      </w:r>
    </w:p>
    <w:p>
      <w:pPr>
        <w:spacing w:before="140" w:after="60"/>
        <w:pBdr>
          <w:bottom w:val="single" w:sz="6" w:space="1" w:color="808080"/>
        </w:pBdr>
      </w:pPr>
      <w:r>
        <w:rPr>
          <w:b/>
          <w:sz w:val="22"/>
        </w:rPr>
        <w:t>PROFESSIONAL PROFILE</w:t>
      </w:r>
    </w:p>
    <w:p>
      <w:pPr>
        <w:spacing w:after="40"/>
      </w:pPr>
      <w:r>
        <w:t>Friendly, responsible and well-organized HND graduate in Public Administration with good communication, customer service, active listening and task-prioritization skills. Able to interact professionally with customers and visitors, attend to enquiries, follow instructions and support day-to-day office activities. Seeking a Receptionist, Office Assistant, Administrative Assistant, Customer Service Representative or Sales Assistant position within the Meiran–Abule Egba area.</w:t>
      </w:r>
    </w:p>
    <w:p>
      <w:pPr>
        <w:spacing w:before="140" w:after="60"/>
        <w:pBdr>
          <w:bottom w:val="single" w:sz="6" w:space="1" w:color="808080"/>
        </w:pBdr>
      </w:pPr>
      <w:r>
        <w:rPr>
          <w:b/>
          <w:sz w:val="22"/>
        </w:rPr>
        <w:t>CORE SKILLS</w:t>
      </w:r>
    </w:p>
    <w:p>
      <w:pPr>
        <w:pStyle w:val="ListBullet"/>
        <w:spacing w:after="20"/>
        <w:ind w:left="259" w:hanging="173"/>
      </w:pPr>
      <w:r>
        <w:t>Customer Service &amp; Client Relations</w:t>
      </w:r>
    </w:p>
    <w:p>
      <w:pPr>
        <w:pStyle w:val="ListBullet"/>
        <w:spacing w:after="20"/>
        <w:ind w:left="259" w:hanging="173"/>
      </w:pPr>
      <w:r>
        <w:t>Excellent Verbal Communication</w:t>
      </w:r>
    </w:p>
    <w:p>
      <w:pPr>
        <w:pStyle w:val="ListBullet"/>
        <w:spacing w:after="20"/>
        <w:ind w:left="259" w:hanging="173"/>
      </w:pPr>
      <w:r>
        <w:t>Active Listening</w:t>
      </w:r>
    </w:p>
    <w:p>
      <w:pPr>
        <w:pStyle w:val="ListBullet"/>
        <w:spacing w:after="20"/>
        <w:ind w:left="259" w:hanging="173"/>
      </w:pPr>
      <w:r>
        <w:t>Reception &amp; Front-Desk Support</w:t>
      </w:r>
    </w:p>
    <w:p>
      <w:pPr>
        <w:pStyle w:val="ListBullet"/>
        <w:spacing w:after="20"/>
        <w:ind w:left="259" w:hanging="173"/>
      </w:pPr>
      <w:r>
        <w:t>Administrative Support</w:t>
      </w:r>
    </w:p>
    <w:p>
      <w:pPr>
        <w:pStyle w:val="ListBullet"/>
        <w:spacing w:after="20"/>
        <w:ind w:left="259" w:hanging="173"/>
      </w:pPr>
      <w:r>
        <w:t>Task Prioritization</w:t>
      </w:r>
    </w:p>
    <w:p>
      <w:pPr>
        <w:pStyle w:val="ListBullet"/>
        <w:spacing w:after="20"/>
        <w:ind w:left="259" w:hanging="173"/>
      </w:pPr>
      <w:r>
        <w:t>Teamwork &amp; Cooperation</w:t>
      </w:r>
    </w:p>
    <w:p>
      <w:pPr>
        <w:pStyle w:val="ListBullet"/>
        <w:spacing w:after="20"/>
        <w:ind w:left="259" w:hanging="173"/>
      </w:pPr>
      <w:r>
        <w:t>Attention to Customers’ Needs</w:t>
      </w:r>
    </w:p>
    <w:p>
      <w:pPr>
        <w:pStyle w:val="ListBullet"/>
        <w:spacing w:after="20"/>
        <w:ind w:left="259" w:hanging="173"/>
      </w:pPr>
      <w:r>
        <w:t>Ability to Follow Instructions</w:t>
      </w:r>
    </w:p>
    <w:p>
      <w:pPr>
        <w:pStyle w:val="ListBullet"/>
        <w:spacing w:after="20"/>
        <w:ind w:left="259" w:hanging="173"/>
      </w:pPr>
      <w:r>
        <w:t>Responsible &amp; Professional Attitude</w:t>
      </w:r>
    </w:p>
    <w:p>
      <w:pPr>
        <w:pStyle w:val="ListBullet"/>
        <w:spacing w:after="20"/>
        <w:ind w:left="259" w:hanging="173"/>
      </w:pPr>
      <w:r>
        <w:t>Good Interpersonal Skills</w:t>
      </w:r>
    </w:p>
    <w:p>
      <w:pPr>
        <w:pStyle w:val="ListBullet"/>
        <w:spacing w:after="20"/>
        <w:ind w:left="259" w:hanging="173"/>
      </w:pPr>
      <w:r>
        <w:t>Willingness to Learn</w:t>
      </w:r>
    </w:p>
    <w:p>
      <w:pPr>
        <w:spacing w:before="140" w:after="60"/>
        <w:pBdr>
          <w:bottom w:val="single" w:sz="6" w:space="1" w:color="808080"/>
        </w:pBdr>
      </w:pPr>
      <w:r>
        <w:rPr>
          <w:b/>
          <w:sz w:val="22"/>
        </w:rPr>
        <w:t>EDUCATION</w:t>
      </w:r>
    </w:p>
    <w:p>
      <w:pPr>
        <w:spacing w:after="0"/>
      </w:pPr>
      <w:r>
        <w:rPr>
          <w:b/>
        </w:rPr>
        <w:t>Kwara State Polytechnic, Ilorin, Kwara State</w:t>
      </w:r>
      <w:r>
        <w:t xml:space="preserve">  |  2022–2024</w:t>
      </w:r>
    </w:p>
    <w:p>
      <w:pPr>
        <w:spacing w:after="60"/>
        <w:ind w:left="216"/>
      </w:pPr>
      <w:r>
        <w:t>Higher National Diploma (HND), Public Administration</w:t>
      </w:r>
    </w:p>
    <w:p>
      <w:pPr>
        <w:spacing w:after="0"/>
      </w:pPr>
      <w:r>
        <w:rPr>
          <w:b/>
        </w:rPr>
        <w:t>Kwara State Polytechnic, Ilorin, Kwara State</w:t>
      </w:r>
      <w:r>
        <w:t xml:space="preserve">  |  2017–2020</w:t>
      </w:r>
    </w:p>
    <w:p>
      <w:pPr>
        <w:spacing w:after="60"/>
        <w:ind w:left="216"/>
      </w:pPr>
      <w:r>
        <w:t>National Diploma (ND), Public Administration</w:t>
      </w:r>
    </w:p>
    <w:p>
      <w:pPr>
        <w:spacing w:after="0"/>
      </w:pPr>
      <w:r>
        <w:rPr>
          <w:b/>
        </w:rPr>
        <w:t>Sam Unique College, Ikorodu, Lagos State</w:t>
      </w:r>
      <w:r>
        <w:t xml:space="preserve">  |  2009–2015</w:t>
      </w:r>
    </w:p>
    <w:p>
      <w:pPr>
        <w:spacing w:after="60"/>
        <w:ind w:left="216"/>
      </w:pPr>
      <w:r>
        <w:t>Senior Secondary School Certificate Examination</w:t>
      </w:r>
    </w:p>
    <w:p>
      <w:pPr>
        <w:spacing w:after="0"/>
      </w:pPr>
      <w:r>
        <w:rPr>
          <w:b/>
        </w:rPr>
        <w:t>Eterland International School, Agege, Lagos State</w:t>
      </w:r>
      <w:r>
        <w:t xml:space="preserve">  |  2003–2009</w:t>
      </w:r>
    </w:p>
    <w:p>
      <w:pPr>
        <w:spacing w:after="60"/>
        <w:ind w:left="216"/>
      </w:pPr>
      <w:r>
        <w:t>First Leaving School Certificate (FLSC)</w:t>
      </w:r>
    </w:p>
    <w:p>
      <w:pPr>
        <w:spacing w:before="140" w:after="60"/>
        <w:pBdr>
          <w:bottom w:val="single" w:sz="6" w:space="1" w:color="808080"/>
        </w:pBdr>
      </w:pPr>
      <w:r>
        <w:rPr>
          <w:b/>
          <w:sz w:val="22"/>
        </w:rPr>
        <w:t>RELEVANT RESPONSIBILITIES</w:t>
      </w:r>
    </w:p>
    <w:p>
      <w:pPr>
        <w:pStyle w:val="ListBullet"/>
        <w:spacing w:after="20"/>
        <w:ind w:left="259" w:hanging="173"/>
      </w:pPr>
      <w:r>
        <w:t>Attending to customers and guests in a polite and professional manner.</w:t>
      </w:r>
    </w:p>
    <w:p>
      <w:pPr>
        <w:pStyle w:val="ListBullet"/>
        <w:spacing w:after="20"/>
        <w:ind w:left="259" w:hanging="173"/>
      </w:pPr>
      <w:r>
        <w:t>Listening carefully to customers’ needs and responding appropriately.</w:t>
      </w:r>
    </w:p>
    <w:p>
      <w:pPr>
        <w:pStyle w:val="ListBullet"/>
        <w:spacing w:after="20"/>
        <w:ind w:left="259" w:hanging="173"/>
      </w:pPr>
      <w:r>
        <w:t>Greeting guests and attending to their requests.</w:t>
      </w:r>
    </w:p>
    <w:p>
      <w:pPr>
        <w:pStyle w:val="ListBullet"/>
        <w:spacing w:after="20"/>
        <w:ind w:left="259" w:hanging="173"/>
      </w:pPr>
      <w:r>
        <w:t>Taking and communicating customer orders accurately.</w:t>
      </w:r>
    </w:p>
    <w:p>
      <w:pPr>
        <w:pStyle w:val="ListBullet"/>
        <w:spacing w:after="20"/>
        <w:ind w:left="259" w:hanging="173"/>
      </w:pPr>
      <w:r>
        <w:t>Ensuring that customers receive the correct service.</w:t>
      </w:r>
    </w:p>
    <w:p>
      <w:pPr>
        <w:pStyle w:val="ListBullet"/>
        <w:spacing w:after="20"/>
        <w:ind w:left="259" w:hanging="173"/>
      </w:pPr>
      <w:r>
        <w:t>Working with team members to ensure smooth daily operations.</w:t>
      </w:r>
    </w:p>
    <w:p>
      <w:pPr>
        <w:pStyle w:val="ListBullet"/>
        <w:spacing w:after="20"/>
        <w:ind w:left="259" w:hanging="173"/>
      </w:pPr>
      <w:r>
        <w:t>Following established health, safety and workplace standards.</w:t>
      </w:r>
    </w:p>
    <w:p>
      <w:pPr>
        <w:pStyle w:val="ListBullet"/>
        <w:spacing w:after="20"/>
        <w:ind w:left="259" w:hanging="173"/>
      </w:pPr>
      <w:r>
        <w:t>Paying attention to details and completing assigned tasks efficiently.</w:t>
      </w:r>
    </w:p>
    <w:p>
      <w:pPr>
        <w:pStyle w:val="ListBullet"/>
        <w:spacing w:after="20"/>
        <w:ind w:left="259" w:hanging="173"/>
      </w:pPr>
      <w:r>
        <w:t>Prioritizing tasks according to urgency and customer needs.</w:t>
      </w:r>
    </w:p>
    <w:p>
      <w:pPr>
        <w:spacing w:before="140" w:after="60"/>
        <w:pBdr>
          <w:bottom w:val="single" w:sz="6" w:space="1" w:color="808080"/>
        </w:pBdr>
      </w:pPr>
      <w:r>
        <w:rPr>
          <w:b/>
          <w:sz w:val="22"/>
        </w:rPr>
        <w:t>INTERESTS &amp; ACTIVITIES</w:t>
      </w:r>
    </w:p>
    <w:p>
      <w:pPr>
        <w:spacing w:after="40"/>
      </w:pPr>
      <w:r>
        <w:t>Dancing  •  Cooking  •  Singing  •  Travelling</w:t>
      </w:r>
    </w:p>
    <w:p>
      <w:pPr>
        <w:spacing w:before="140" w:after="60"/>
        <w:pBdr>
          <w:bottom w:val="single" w:sz="6" w:space="1" w:color="808080"/>
        </w:pBdr>
      </w:pPr>
      <w:r>
        <w:rPr>
          <w:b/>
          <w:sz w:val="22"/>
        </w:rPr>
        <w:t>REFERENCES</w:t>
      </w:r>
    </w:p>
    <w:p>
      <w:pPr>
        <w:spacing w:after="20"/>
      </w:pPr>
      <w:r>
        <w:rPr>
          <w:b/>
        </w:rPr>
        <w:t>Mr. Oyeniyi</w:t>
      </w:r>
      <w:r>
        <w:t xml:space="preserve">  |  Tel: 08023356581</w:t>
      </w:r>
    </w:p>
    <w:p>
      <w:pPr>
        <w:spacing w:after="20"/>
      </w:pPr>
      <w:r>
        <w:rPr>
          <w:b/>
        </w:rPr>
        <w:t>Mrs. Oyeniyi</w:t>
      </w:r>
      <w:r>
        <w:t xml:space="preserve">  |  Tel: 08028647084</w:t>
      </w:r>
    </w:p>
    <w:sectPr w:rsidR="00FC693F" w:rsidRPr="0006063C" w:rsidSect="00034616">
      <w:pgSz w:w="12240" w:h="15840"/>
      <w:pgMar w:top="792" w:right="936" w:bottom="792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/>
    </w:pPr>
    <w:rPr>
      <w:rFonts w:ascii="Aptos" w:hAnsi="Aptos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