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652" w14:textId="77777777" w:rsidR="00321FB6" w:rsidRDefault="001F4E36">
      <w:pPr>
        <w:spacing w:after="20" w:line="240" w:lineRule="auto"/>
        <w:jc w:val="center"/>
        <w:rPr>
          <w:rFonts w:hint="eastAsia"/>
        </w:rPr>
      </w:pPr>
      <w:r>
        <w:rPr>
          <w:b/>
          <w:sz w:val="34"/>
        </w:rPr>
        <w:t>IGBINEDION OZIEGBE GODFREY</w:t>
      </w:r>
    </w:p>
    <w:p w14:paraId="256D5079" w14:textId="77777777" w:rsidR="00321FB6" w:rsidRDefault="001F4E36">
      <w:pPr>
        <w:spacing w:after="40" w:line="240" w:lineRule="auto"/>
        <w:jc w:val="center"/>
        <w:rPr>
          <w:rFonts w:hint="eastAsia"/>
        </w:rPr>
      </w:pPr>
      <w:r>
        <w:rPr>
          <w:b/>
          <w:sz w:val="22"/>
        </w:rPr>
        <w:t>CUSTOMER SERVICE &amp; OPERATIONS PROFESSIONAL</w:t>
      </w:r>
    </w:p>
    <w:p w14:paraId="6DB4ECC6" w14:textId="77777777" w:rsidR="00321FB6" w:rsidRDefault="001F4E36">
      <w:pPr>
        <w:spacing w:after="120" w:line="240" w:lineRule="auto"/>
        <w:jc w:val="center"/>
        <w:rPr>
          <w:rFonts w:hint="eastAsia"/>
        </w:rPr>
      </w:pPr>
      <w:r>
        <w:rPr>
          <w:sz w:val="18"/>
        </w:rPr>
        <w:t>Ibeju-Lekki, Lagos State, Nigeria  |  +234 703 955 1670  |  oziegbeigbinedion@gmail.com</w:t>
      </w:r>
    </w:p>
    <w:p w14:paraId="50EC5852" w14:textId="77777777" w:rsidR="00321FB6" w:rsidRDefault="001F4E36">
      <w:pPr>
        <w:spacing w:before="140" w:after="60" w:line="240" w:lineRule="auto"/>
        <w:rPr>
          <w:rFonts w:hint="eastAsia"/>
        </w:rPr>
      </w:pPr>
      <w:r>
        <w:rPr>
          <w:b/>
          <w:sz w:val="22"/>
        </w:rPr>
        <w:t>PROFESSIONAL SUMMARY</w:t>
      </w:r>
    </w:p>
    <w:p w14:paraId="16052D50" w14:textId="2FD10ACD" w:rsidR="00321FB6" w:rsidRDefault="001F4E36">
      <w:pPr>
        <w:spacing w:after="80" w:line="240" w:lineRule="auto"/>
        <w:rPr>
          <w:rFonts w:hint="eastAsia"/>
        </w:rPr>
      </w:pPr>
      <w:r>
        <w:t xml:space="preserve">Customer service and operations professional with </w:t>
      </w:r>
      <w:r w:rsidR="001C74AD">
        <w:t xml:space="preserve">8 years of </w:t>
      </w:r>
      <w:r>
        <w:t xml:space="preserve"> experience</w:t>
      </w:r>
      <w:r w:rsidR="001C74AD">
        <w:t xml:space="preserve"> in</w:t>
      </w:r>
      <w:r>
        <w:t xml:space="preserve"> supporting clients, coordinating day-to-day operations, resolving enquiries and service issues, maintaining accurate records, preparing reports, and supporting business processes. Experienced in client relationship management, customer onboarding, product support, issue resolution, team collaboration, operational reporting, and process improvement. Brings additional technical experience in electrical maintenance, troubleshooting, safety compliance, and technical documentation.</w:t>
      </w:r>
    </w:p>
    <w:p w14:paraId="5FA822A3" w14:textId="77777777" w:rsidR="00321FB6" w:rsidRDefault="001F4E36">
      <w:pPr>
        <w:spacing w:before="140" w:after="60" w:line="240" w:lineRule="auto"/>
        <w:rPr>
          <w:rFonts w:hint="eastAsia"/>
        </w:rPr>
      </w:pPr>
      <w:r>
        <w:rPr>
          <w:b/>
          <w:sz w:val="22"/>
        </w:rPr>
        <w:t>CORE COMPETENCIES</w:t>
      </w:r>
    </w:p>
    <w:p w14:paraId="5045B97B" w14:textId="77777777" w:rsidR="00321FB6" w:rsidRDefault="001F4E36">
      <w:pPr>
        <w:spacing w:after="60" w:line="240" w:lineRule="auto"/>
        <w:rPr>
          <w:rFonts w:hint="eastAsia"/>
        </w:rPr>
      </w:pPr>
      <w:r>
        <w:rPr>
          <w:b/>
        </w:rPr>
        <w:t>Customer Service &amp; Client Relationship Management</w:t>
      </w:r>
      <w:r>
        <w:t xml:space="preserve">  |  </w:t>
      </w:r>
      <w:r>
        <w:rPr>
          <w:b/>
        </w:rPr>
        <w:t>Complaint &amp; Issue Resolution</w:t>
      </w:r>
      <w:r>
        <w:t xml:space="preserve">  |  </w:t>
      </w:r>
      <w:r>
        <w:rPr>
          <w:b/>
        </w:rPr>
        <w:t>Customer Onboarding &amp; Service Support</w:t>
      </w:r>
      <w:r>
        <w:t xml:space="preserve">  |  </w:t>
      </w:r>
      <w:r>
        <w:rPr>
          <w:b/>
        </w:rPr>
        <w:t>Operations Coordination</w:t>
      </w:r>
      <w:r>
        <w:t xml:space="preserve">  |  </w:t>
      </w:r>
      <w:r>
        <w:rPr>
          <w:b/>
        </w:rPr>
        <w:t>Daily Workflow Support</w:t>
      </w:r>
      <w:r>
        <w:t xml:space="preserve">  |  </w:t>
      </w:r>
      <w:r>
        <w:rPr>
          <w:b/>
        </w:rPr>
        <w:t>Reporting &amp; Record Management</w:t>
      </w:r>
      <w:r>
        <w:t xml:space="preserve">  |  </w:t>
      </w:r>
      <w:r>
        <w:rPr>
          <w:b/>
        </w:rPr>
        <w:t>Process Improvement</w:t>
      </w:r>
      <w:r>
        <w:t xml:space="preserve">  |  </w:t>
      </w:r>
      <w:r>
        <w:rPr>
          <w:b/>
        </w:rPr>
        <w:t>Team Collaboration</w:t>
      </w:r>
      <w:r>
        <w:t xml:space="preserve">  |  </w:t>
      </w:r>
      <w:r>
        <w:rPr>
          <w:b/>
        </w:rPr>
        <w:t>Product &amp; Service Support</w:t>
      </w:r>
      <w:r>
        <w:t xml:space="preserve">  |  </w:t>
      </w:r>
      <w:r>
        <w:rPr>
          <w:b/>
        </w:rPr>
        <w:t>Stakeholder Communication</w:t>
      </w:r>
      <w:r>
        <w:t xml:space="preserve">  |  </w:t>
      </w:r>
      <w:r>
        <w:rPr>
          <w:b/>
        </w:rPr>
        <w:t>Problem Solving</w:t>
      </w:r>
      <w:r>
        <w:t xml:space="preserve">  |  </w:t>
      </w:r>
      <w:r>
        <w:rPr>
          <w:b/>
        </w:rPr>
        <w:t>Quality &amp; Compliance Support</w:t>
      </w:r>
      <w:r>
        <w:t xml:space="preserve">  |  </w:t>
      </w:r>
      <w:r>
        <w:rPr>
          <w:b/>
        </w:rPr>
        <w:t>Technical Documentation</w:t>
      </w:r>
    </w:p>
    <w:p w14:paraId="1DE97D9A" w14:textId="77777777" w:rsidR="00321FB6" w:rsidRDefault="001F4E36">
      <w:pPr>
        <w:spacing w:before="140" w:after="60" w:line="240" w:lineRule="auto"/>
        <w:rPr>
          <w:rFonts w:hint="eastAsia"/>
        </w:rPr>
      </w:pPr>
      <w:r>
        <w:rPr>
          <w:b/>
          <w:sz w:val="22"/>
        </w:rPr>
        <w:t>PROFESSIONAL EXPERIENCE</w:t>
      </w:r>
    </w:p>
    <w:p w14:paraId="21842F39" w14:textId="77777777" w:rsidR="00321FB6" w:rsidRDefault="001F4E36">
      <w:pPr>
        <w:spacing w:before="80" w:after="0" w:line="240" w:lineRule="auto"/>
        <w:rPr>
          <w:rFonts w:hint="eastAsia"/>
        </w:rPr>
      </w:pPr>
      <w:r>
        <w:rPr>
          <w:b/>
          <w:sz w:val="20"/>
        </w:rPr>
        <w:t>ARIESGATE GLOBAL SERVICES</w:t>
      </w:r>
      <w:r>
        <w:rPr>
          <w:b/>
        </w:rPr>
        <w:t xml:space="preserve">  |  Operations Support Officer</w:t>
      </w:r>
      <w:r>
        <w:t xml:space="preserve">  |  Jan 2023 – Present</w:t>
      </w:r>
    </w:p>
    <w:p w14:paraId="671472F9" w14:textId="77777777" w:rsidR="00321FB6" w:rsidRDefault="001F4E36">
      <w:pPr>
        <w:spacing w:after="20" w:line="240" w:lineRule="auto"/>
        <w:ind w:left="259" w:hanging="173"/>
        <w:rPr>
          <w:rFonts w:hint="eastAsia"/>
        </w:rPr>
      </w:pPr>
      <w:r>
        <w:t>• Support daily operations and service delivery activities, coordinating administrative and customer-support requirements.</w:t>
      </w:r>
    </w:p>
    <w:p w14:paraId="168BAF6C" w14:textId="77777777" w:rsidR="00321FB6" w:rsidRDefault="001F4E36">
      <w:pPr>
        <w:spacing w:after="20" w:line="240" w:lineRule="auto"/>
        <w:ind w:left="259" w:hanging="173"/>
        <w:rPr>
          <w:rFonts w:hint="eastAsia"/>
        </w:rPr>
      </w:pPr>
      <w:r>
        <w:t>• Respond to customer enquiries and support timely resolution of service issues, contributing to positive client experiences.</w:t>
      </w:r>
    </w:p>
    <w:p w14:paraId="07D58A78" w14:textId="77777777" w:rsidR="00321FB6" w:rsidRDefault="001F4E36">
      <w:pPr>
        <w:spacing w:after="20" w:line="240" w:lineRule="auto"/>
        <w:ind w:left="259" w:hanging="173"/>
        <w:rPr>
          <w:rFonts w:hint="eastAsia"/>
        </w:rPr>
      </w:pPr>
      <w:r>
        <w:t>• Maintain operational records and prepare routine reports for management review and day-to-day decision-making.</w:t>
      </w:r>
    </w:p>
    <w:p w14:paraId="262DD4F8" w14:textId="77777777" w:rsidR="00321FB6" w:rsidRDefault="001F4E36">
      <w:pPr>
        <w:spacing w:after="20" w:line="240" w:lineRule="auto"/>
        <w:ind w:left="259" w:hanging="173"/>
        <w:rPr>
          <w:rFonts w:hint="eastAsia"/>
        </w:rPr>
      </w:pPr>
      <w:r>
        <w:t>• Coordinate with team members to maintain smooth workflows and support consistent service delivery.</w:t>
      </w:r>
    </w:p>
    <w:p w14:paraId="474FEA7C" w14:textId="77777777" w:rsidR="00321FB6" w:rsidRDefault="001F4E36">
      <w:pPr>
        <w:spacing w:after="20" w:line="240" w:lineRule="auto"/>
        <w:ind w:left="259" w:hanging="173"/>
        <w:rPr>
          <w:rFonts w:hint="eastAsia"/>
        </w:rPr>
      </w:pPr>
      <w:r>
        <w:t xml:space="preserve">• </w:t>
      </w:r>
      <w:r>
        <w:t>Identify routine process issues and contribute to practical improvements in operational efficiency.</w:t>
      </w:r>
    </w:p>
    <w:p w14:paraId="5FE38052" w14:textId="77777777" w:rsidR="00321FB6" w:rsidRDefault="001F4E36">
      <w:pPr>
        <w:spacing w:before="80" w:after="0" w:line="240" w:lineRule="auto"/>
        <w:rPr>
          <w:rFonts w:hint="eastAsia"/>
        </w:rPr>
      </w:pPr>
      <w:r>
        <w:rPr>
          <w:b/>
          <w:sz w:val="20"/>
        </w:rPr>
        <w:t>LAPO MICROFINANCE BANK</w:t>
      </w:r>
      <w:r>
        <w:rPr>
          <w:b/>
        </w:rPr>
        <w:t xml:space="preserve">  |  Client Support Executive</w:t>
      </w:r>
      <w:r>
        <w:t xml:space="preserve">  |  2014 – 2023</w:t>
      </w:r>
    </w:p>
    <w:p w14:paraId="35BEAB7F" w14:textId="77777777" w:rsidR="00321FB6" w:rsidRDefault="001F4E36">
      <w:pPr>
        <w:spacing w:after="20" w:line="240" w:lineRule="auto"/>
        <w:ind w:left="259" w:hanging="173"/>
        <w:rPr>
          <w:rFonts w:hint="eastAsia"/>
        </w:rPr>
      </w:pPr>
      <w:r>
        <w:t>• Handled client enquiries and complaints, providing clear information and supporting resolution of service issues.</w:t>
      </w:r>
    </w:p>
    <w:p w14:paraId="6EC5FB94" w14:textId="77777777" w:rsidR="00321FB6" w:rsidRDefault="001F4E36">
      <w:pPr>
        <w:spacing w:after="20" w:line="240" w:lineRule="auto"/>
        <w:ind w:left="259" w:hanging="173"/>
        <w:rPr>
          <w:rFonts w:hint="eastAsia"/>
        </w:rPr>
      </w:pPr>
      <w:r>
        <w:t>• Supported customer onboarding and product/service promotion while maintaining professional client relationships.</w:t>
      </w:r>
    </w:p>
    <w:p w14:paraId="3C5151CE" w14:textId="77777777" w:rsidR="00321FB6" w:rsidRDefault="001F4E36">
      <w:pPr>
        <w:spacing w:after="20" w:line="240" w:lineRule="auto"/>
        <w:ind w:left="259" w:hanging="173"/>
        <w:rPr>
          <w:rFonts w:hint="eastAsia"/>
        </w:rPr>
      </w:pPr>
      <w:r>
        <w:t>• Prepared weekly and monthly reports covering performance, sales, and customer engagement activities.</w:t>
      </w:r>
    </w:p>
    <w:p w14:paraId="16BC1B0A" w14:textId="77777777" w:rsidR="00321FB6" w:rsidRDefault="001F4E36">
      <w:pPr>
        <w:spacing w:after="20" w:line="240" w:lineRule="auto"/>
        <w:ind w:left="259" w:hanging="173"/>
        <w:rPr>
          <w:rFonts w:hint="eastAsia"/>
        </w:rPr>
      </w:pPr>
      <w:r>
        <w:t xml:space="preserve">• </w:t>
      </w:r>
      <w:r>
        <w:t>Maintained accurate client and service records in line with operational requirements.</w:t>
      </w:r>
    </w:p>
    <w:p w14:paraId="496601E2" w14:textId="77777777" w:rsidR="00321FB6" w:rsidRDefault="001F4E36">
      <w:pPr>
        <w:spacing w:after="20" w:line="240" w:lineRule="auto"/>
        <w:ind w:left="259" w:hanging="173"/>
        <w:rPr>
          <w:rFonts w:hint="eastAsia"/>
        </w:rPr>
      </w:pPr>
      <w:r>
        <w:t>• Worked with colleagues to address customer needs and support efficient delivery of banking services.</w:t>
      </w:r>
    </w:p>
    <w:p w14:paraId="69631E3B" w14:textId="77777777" w:rsidR="00321FB6" w:rsidRDefault="001F4E36">
      <w:pPr>
        <w:spacing w:before="80" w:after="0" w:line="240" w:lineRule="auto"/>
        <w:rPr>
          <w:rFonts w:hint="eastAsia"/>
        </w:rPr>
      </w:pPr>
      <w:r>
        <w:rPr>
          <w:b/>
          <w:sz w:val="20"/>
        </w:rPr>
        <w:t>ELECTRO PRODUCT SERVICES</w:t>
      </w:r>
      <w:r>
        <w:rPr>
          <w:b/>
        </w:rPr>
        <w:t xml:space="preserve">  |  Electrical Technician</w:t>
      </w:r>
      <w:r>
        <w:t xml:space="preserve">  |  2012 – 2014</w:t>
      </w:r>
    </w:p>
    <w:p w14:paraId="1A8BA330" w14:textId="77777777" w:rsidR="00321FB6" w:rsidRDefault="001F4E36">
      <w:pPr>
        <w:spacing w:after="20" w:line="240" w:lineRule="auto"/>
        <w:ind w:left="259" w:hanging="173"/>
        <w:rPr>
          <w:rFonts w:hint="eastAsia"/>
        </w:rPr>
      </w:pPr>
      <w:r>
        <w:t>• Performed preventive and corrective maintenance on electrical systems and equipment.</w:t>
      </w:r>
    </w:p>
    <w:p w14:paraId="7A003589" w14:textId="77777777" w:rsidR="00321FB6" w:rsidRDefault="001F4E36">
      <w:pPr>
        <w:spacing w:after="20" w:line="240" w:lineRule="auto"/>
        <w:ind w:left="259" w:hanging="173"/>
        <w:rPr>
          <w:rFonts w:hint="eastAsia"/>
        </w:rPr>
      </w:pPr>
      <w:r>
        <w:t>• Installed, tested, inspected, repaired, and troubleshot electrical systems and components.</w:t>
      </w:r>
    </w:p>
    <w:p w14:paraId="7512C573" w14:textId="77777777" w:rsidR="00321FB6" w:rsidRDefault="001F4E36">
      <w:pPr>
        <w:spacing w:after="20" w:line="240" w:lineRule="auto"/>
        <w:ind w:left="259" w:hanging="173"/>
        <w:rPr>
          <w:rFonts w:hint="eastAsia"/>
        </w:rPr>
      </w:pPr>
      <w:r>
        <w:t xml:space="preserve">• </w:t>
      </w:r>
      <w:r>
        <w:t>Interpreted electrical drawings and schematics to support installation, maintenance, and fault diagnosis.</w:t>
      </w:r>
    </w:p>
    <w:p w14:paraId="6C2DB034" w14:textId="77777777" w:rsidR="00321FB6" w:rsidRDefault="001F4E36">
      <w:pPr>
        <w:spacing w:after="20" w:line="240" w:lineRule="auto"/>
        <w:ind w:left="259" w:hanging="173"/>
        <w:rPr>
          <w:rFonts w:hint="eastAsia"/>
        </w:rPr>
      </w:pPr>
      <w:r>
        <w:t>• Maintained technical records and supported compliance with electrical safety and quality requirements.</w:t>
      </w:r>
    </w:p>
    <w:p w14:paraId="2FCDBC98" w14:textId="77777777" w:rsidR="00321FB6" w:rsidRDefault="001F4E36">
      <w:pPr>
        <w:spacing w:after="20" w:line="240" w:lineRule="auto"/>
        <w:ind w:left="259" w:hanging="173"/>
        <w:rPr>
          <w:rFonts w:hint="eastAsia"/>
        </w:rPr>
      </w:pPr>
      <w:r>
        <w:t>• Provided technical recommendations based on equipment condition and troubleshooting findings.</w:t>
      </w:r>
    </w:p>
    <w:p w14:paraId="02C8D6E2" w14:textId="77777777" w:rsidR="00321FB6" w:rsidRDefault="001F4E36">
      <w:pPr>
        <w:spacing w:before="80" w:after="0" w:line="240" w:lineRule="auto"/>
        <w:rPr>
          <w:rFonts w:hint="eastAsia"/>
        </w:rPr>
      </w:pPr>
      <w:r>
        <w:rPr>
          <w:b/>
          <w:sz w:val="20"/>
        </w:rPr>
        <w:t>PHCN</w:t>
      </w:r>
      <w:r>
        <w:rPr>
          <w:b/>
        </w:rPr>
        <w:t xml:space="preserve">  |  Industrial Training Intern</w:t>
      </w:r>
      <w:r>
        <w:t xml:space="preserve">  |  2009 – 2010</w:t>
      </w:r>
    </w:p>
    <w:p w14:paraId="6DE85066" w14:textId="77777777" w:rsidR="00321FB6" w:rsidRDefault="001F4E36">
      <w:pPr>
        <w:spacing w:after="20" w:line="240" w:lineRule="auto"/>
        <w:ind w:left="259" w:hanging="173"/>
        <w:rPr>
          <w:rFonts w:hint="eastAsia"/>
        </w:rPr>
      </w:pPr>
      <w:r>
        <w:t>• Supported power distribution and transmission maintenance activities.</w:t>
      </w:r>
    </w:p>
    <w:p w14:paraId="04615105" w14:textId="77777777" w:rsidR="00321FB6" w:rsidRDefault="001F4E36">
      <w:pPr>
        <w:spacing w:after="20" w:line="240" w:lineRule="auto"/>
        <w:ind w:left="259" w:hanging="173"/>
        <w:rPr>
          <w:rFonts w:hint="eastAsia"/>
        </w:rPr>
      </w:pPr>
      <w:r>
        <w:t xml:space="preserve">• </w:t>
      </w:r>
      <w:r>
        <w:t>Assisted with transformer inspection, preventive maintenance, fault detection, and troubleshooting.</w:t>
      </w:r>
    </w:p>
    <w:p w14:paraId="246DEFE1" w14:textId="77777777" w:rsidR="00321FB6" w:rsidRDefault="001F4E36">
      <w:pPr>
        <w:spacing w:after="20" w:line="240" w:lineRule="auto"/>
        <w:ind w:left="259" w:hanging="173"/>
        <w:rPr>
          <w:rFonts w:hint="eastAsia"/>
        </w:rPr>
      </w:pPr>
      <w:r>
        <w:t>• Supported equipment performance monitoring, safety inspections, and maintenance documentation.</w:t>
      </w:r>
    </w:p>
    <w:p w14:paraId="28985405" w14:textId="77777777" w:rsidR="00321FB6" w:rsidRDefault="001F4E36">
      <w:pPr>
        <w:spacing w:before="140" w:after="60" w:line="240" w:lineRule="auto"/>
        <w:rPr>
          <w:rFonts w:hint="eastAsia"/>
        </w:rPr>
      </w:pPr>
      <w:r>
        <w:rPr>
          <w:b/>
          <w:sz w:val="22"/>
        </w:rPr>
        <w:t>EDUCATION</w:t>
      </w:r>
    </w:p>
    <w:p w14:paraId="76DC1004" w14:textId="77777777" w:rsidR="00321FB6" w:rsidRDefault="001F4E36">
      <w:pPr>
        <w:spacing w:after="20" w:line="240" w:lineRule="auto"/>
        <w:rPr>
          <w:rFonts w:hint="eastAsia"/>
        </w:rPr>
      </w:pPr>
      <w:r>
        <w:t>HND, Electrical/Electronic Engineering — Auchi Polytechnic | 2012</w:t>
      </w:r>
    </w:p>
    <w:p w14:paraId="735F5F3D" w14:textId="77777777" w:rsidR="00321FB6" w:rsidRDefault="001F4E36">
      <w:pPr>
        <w:spacing w:after="20" w:line="240" w:lineRule="auto"/>
        <w:rPr>
          <w:rFonts w:hint="eastAsia"/>
        </w:rPr>
      </w:pPr>
      <w:r>
        <w:t>ND, Electrical/Electronic Engineering — Auchi Polytechnic | 2009</w:t>
      </w:r>
    </w:p>
    <w:p w14:paraId="2CD595AE" w14:textId="77777777" w:rsidR="00321FB6" w:rsidRDefault="001F4E36">
      <w:pPr>
        <w:spacing w:before="140" w:after="60" w:line="240" w:lineRule="auto"/>
        <w:rPr>
          <w:rFonts w:hint="eastAsia"/>
        </w:rPr>
      </w:pPr>
      <w:r>
        <w:rPr>
          <w:b/>
          <w:sz w:val="22"/>
        </w:rPr>
        <w:t>CERTIFICATIONS &amp; TRAINING</w:t>
      </w:r>
    </w:p>
    <w:p w14:paraId="18DC0B0E" w14:textId="77777777" w:rsidR="00321FB6" w:rsidRDefault="001F4E36">
      <w:pPr>
        <w:spacing w:after="20" w:line="240" w:lineRule="auto"/>
        <w:rPr>
          <w:rFonts w:hint="eastAsia"/>
        </w:rPr>
      </w:pPr>
      <w:r>
        <w:t>• IT Support — Cisco Network Academy | May 2026</w:t>
      </w:r>
    </w:p>
    <w:p w14:paraId="4CA0DF91" w14:textId="77777777" w:rsidR="00321FB6" w:rsidRDefault="001F4E36">
      <w:pPr>
        <w:spacing w:after="20" w:line="240" w:lineRule="auto"/>
        <w:rPr>
          <w:rFonts w:hint="eastAsia"/>
        </w:rPr>
      </w:pPr>
      <w:r>
        <w:t>• NEMA Training Certificate</w:t>
      </w:r>
    </w:p>
    <w:p w14:paraId="52ADA274" w14:textId="77777777" w:rsidR="00321FB6" w:rsidRDefault="001F4E36">
      <w:pPr>
        <w:spacing w:after="20" w:line="240" w:lineRule="auto"/>
        <w:rPr>
          <w:rFonts w:hint="eastAsia"/>
        </w:rPr>
      </w:pPr>
      <w:r>
        <w:t>• NYSC Discharge Certificate</w:t>
      </w:r>
    </w:p>
    <w:p w14:paraId="6A3E21BE" w14:textId="77777777" w:rsidR="00321FB6" w:rsidRDefault="001F4E36">
      <w:pPr>
        <w:spacing w:before="140" w:after="60" w:line="240" w:lineRule="auto"/>
        <w:rPr>
          <w:rFonts w:hint="eastAsia"/>
        </w:rPr>
      </w:pPr>
      <w:r>
        <w:rPr>
          <w:b/>
          <w:sz w:val="22"/>
        </w:rPr>
        <w:t>ADDITIONAL SKILLS</w:t>
      </w:r>
    </w:p>
    <w:p w14:paraId="6CA15B8D" w14:textId="77777777" w:rsidR="00321FB6" w:rsidRDefault="001F4E36">
      <w:pPr>
        <w:spacing w:after="40" w:line="240" w:lineRule="auto"/>
        <w:rPr>
          <w:rFonts w:hint="eastAsia"/>
        </w:rPr>
      </w:pPr>
      <w:r>
        <w:t>Customer Support | Operations Support | Client Onboarding | Complaint Handling | Service Delivery | Reporting | Documentation | Process Improvement | Troubleshooting | Team Collaboration | Safety &amp; Quality Compliance</w:t>
      </w:r>
    </w:p>
    <w:sectPr w:rsidR="00321FB6"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2035840">
    <w:abstractNumId w:val="8"/>
  </w:num>
  <w:num w:numId="2" w16cid:durableId="1175539483">
    <w:abstractNumId w:val="6"/>
  </w:num>
  <w:num w:numId="3" w16cid:durableId="490024189">
    <w:abstractNumId w:val="5"/>
  </w:num>
  <w:num w:numId="4" w16cid:durableId="806053084">
    <w:abstractNumId w:val="4"/>
  </w:num>
  <w:num w:numId="5" w16cid:durableId="1132602065">
    <w:abstractNumId w:val="7"/>
  </w:num>
  <w:num w:numId="6" w16cid:durableId="1667827628">
    <w:abstractNumId w:val="3"/>
  </w:num>
  <w:num w:numId="7" w16cid:durableId="241523578">
    <w:abstractNumId w:val="2"/>
  </w:num>
  <w:num w:numId="8" w16cid:durableId="103117589">
    <w:abstractNumId w:val="1"/>
  </w:num>
  <w:num w:numId="9" w16cid:durableId="212241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4AD"/>
    <w:rsid w:val="001F4E36"/>
    <w:rsid w:val="0029639D"/>
    <w:rsid w:val="00321FB6"/>
    <w:rsid w:val="00326F90"/>
    <w:rsid w:val="004E0343"/>
    <w:rsid w:val="00AA1D8D"/>
    <w:rsid w:val="00B0135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ED7CEC"/>
  <w14:defaultImageDpi w14:val="300"/>
  <w15:docId w15:val="{BC413308-41AC-A141-B2E6-478DCADC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igbinedion oziegbe</cp:lastModifiedBy>
  <cp:revision>2</cp:revision>
  <dcterms:created xsi:type="dcterms:W3CDTF">2026-09-28T04:39:00Z</dcterms:created>
  <dcterms:modified xsi:type="dcterms:W3CDTF">2026-09-28T04:39:00Z</dcterms:modified>
  <cp:category/>
</cp:coreProperties>
</file>