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9852" w14:textId="77777777" w:rsidR="008B1413" w:rsidRDefault="00000000">
      <w:pPr>
        <w:jc w:val="center"/>
      </w:pPr>
      <w:r>
        <w:rPr>
          <w:b/>
          <w:sz w:val="40"/>
        </w:rPr>
        <w:t>AKERELE BLESSING</w:t>
      </w:r>
    </w:p>
    <w:p w14:paraId="285B3677" w14:textId="77777777" w:rsidR="008B1413" w:rsidRDefault="00000000">
      <w:pPr>
        <w:jc w:val="center"/>
      </w:pPr>
      <w:r>
        <w:rPr>
          <w:b/>
        </w:rPr>
        <w:t xml:space="preserve">Phone: </w:t>
      </w:r>
      <w:r>
        <w:t>08132473235 | 09166175543</w:t>
      </w:r>
      <w:r>
        <w:br/>
      </w:r>
      <w:r>
        <w:rPr>
          <w:b/>
        </w:rPr>
        <w:t xml:space="preserve">Email: </w:t>
      </w:r>
      <w:r>
        <w:t>akereleblessing24@gmail.com</w:t>
      </w:r>
    </w:p>
    <w:p w14:paraId="4E45414E" w14:textId="77777777" w:rsidR="008B1413" w:rsidRDefault="00000000">
      <w:pPr>
        <w:pStyle w:val="Heading1"/>
      </w:pPr>
      <w:r>
        <w:t>PROFESSIONAL PROFILE</w:t>
      </w:r>
    </w:p>
    <w:p w14:paraId="51E73184" w14:textId="77777777" w:rsidR="008B1413" w:rsidRDefault="00000000">
      <w:r>
        <w:t>Results-driven Retail and Sales Manager with progressive experience in telecommunications, customer experience management, retail operations, and business development. Demonstrated success in leading teams, improving customer satisfaction, resolving escalations, driving sales growth, and building lasting customer relationships. Strong leadership, communication, and stakeholder management skills with a proven ability to achieve operational and commercial objectives in fast-paced environments.</w:t>
      </w:r>
    </w:p>
    <w:p w14:paraId="2D63692D" w14:textId="77777777" w:rsidR="008B1413" w:rsidRDefault="00000000">
      <w:pPr>
        <w:pStyle w:val="Heading1"/>
      </w:pPr>
      <w:r>
        <w:t>CORE COMPETENCIES</w:t>
      </w:r>
    </w:p>
    <w:p w14:paraId="59C69D1E" w14:textId="77777777" w:rsidR="008B1413" w:rsidRDefault="00000000">
      <w:r>
        <w:t>Retail Operations • Customer Relationship Management (CRM) • Sales &amp; Business Development • Team Leadership • Customer Experience Management • Performance Management • Negotiation • Problem Resolution • Strategic Planning • Stakeholder Engagement • After-Sales Support • Communication Skills</w:t>
      </w:r>
    </w:p>
    <w:p w14:paraId="33866376" w14:textId="77777777" w:rsidR="008B1413" w:rsidRDefault="00000000">
      <w:pPr>
        <w:pStyle w:val="Heading1"/>
      </w:pPr>
      <w:r>
        <w:t>PROFESSIONAL EXPERIENCE</w:t>
      </w:r>
    </w:p>
    <w:p w14:paraId="45A27E5C" w14:textId="77777777" w:rsidR="008B1413" w:rsidRDefault="00000000">
      <w:r>
        <w:rPr>
          <w:b/>
        </w:rPr>
        <w:t>Manager | MTN Nigeria | Apr 2023 – Present</w:t>
      </w:r>
    </w:p>
    <w:p w14:paraId="05D656C2" w14:textId="77777777" w:rsidR="008B1413" w:rsidRDefault="00000000">
      <w:pPr>
        <w:pStyle w:val="ListBullet"/>
      </w:pPr>
      <w:r>
        <w:t>Lead retail operations and support daily business activities.</w:t>
      </w:r>
    </w:p>
    <w:p w14:paraId="0ACB00F5" w14:textId="77777777" w:rsidR="008B1413" w:rsidRDefault="00000000">
      <w:pPr>
        <w:pStyle w:val="ListBullet"/>
      </w:pPr>
      <w:r>
        <w:t>Drive customer satisfaction through effective service delivery and complaint resolution.</w:t>
      </w:r>
    </w:p>
    <w:p w14:paraId="28F07E7D" w14:textId="77777777" w:rsidR="008B1413" w:rsidRDefault="00000000">
      <w:pPr>
        <w:pStyle w:val="ListBullet"/>
      </w:pPr>
      <w:r>
        <w:t>Manage and coach team members to achieve operational and sales targets.</w:t>
      </w:r>
    </w:p>
    <w:p w14:paraId="2D313FD4" w14:textId="77777777" w:rsidR="008B1413" w:rsidRDefault="00000000">
      <w:pPr>
        <w:pStyle w:val="ListBullet"/>
      </w:pPr>
      <w:r>
        <w:t>Handle escalations and ensure timely resolution of customer issues.</w:t>
      </w:r>
    </w:p>
    <w:p w14:paraId="556A6741" w14:textId="77777777" w:rsidR="008B1413" w:rsidRDefault="00000000">
      <w:r>
        <w:rPr>
          <w:b/>
        </w:rPr>
        <w:t>Sales Representative | Solo Intelligra | Oct 2022 – Present</w:t>
      </w:r>
    </w:p>
    <w:p w14:paraId="6E080E23" w14:textId="77777777" w:rsidR="008B1413" w:rsidRDefault="00000000">
      <w:pPr>
        <w:pStyle w:val="ListBullet"/>
      </w:pPr>
      <w:r>
        <w:t>Promote device financing solutions and achieve sales objectives.</w:t>
      </w:r>
    </w:p>
    <w:p w14:paraId="461359A3" w14:textId="77777777" w:rsidR="008B1413" w:rsidRDefault="00000000">
      <w:pPr>
        <w:pStyle w:val="ListBullet"/>
      </w:pPr>
      <w:r>
        <w:t>Build and maintain strong customer relationships.</w:t>
      </w:r>
    </w:p>
    <w:p w14:paraId="6F62A50B" w14:textId="77777777" w:rsidR="008B1413" w:rsidRDefault="00000000">
      <w:pPr>
        <w:pStyle w:val="ListBullet"/>
      </w:pPr>
      <w:r>
        <w:t>Provide after-sales support and customer retention initiatives.</w:t>
      </w:r>
    </w:p>
    <w:p w14:paraId="3662873D" w14:textId="77777777" w:rsidR="008B1413" w:rsidRDefault="00000000">
      <w:r>
        <w:rPr>
          <w:b/>
        </w:rPr>
        <w:t>Manager | Celebrity Apparel | 2021 – 2022</w:t>
      </w:r>
    </w:p>
    <w:p w14:paraId="7CEB0CE4" w14:textId="77777777" w:rsidR="008B1413" w:rsidRDefault="00000000">
      <w:pPr>
        <w:pStyle w:val="ListBullet"/>
      </w:pPr>
      <w:r>
        <w:t>Managed store operations, customer engagement and record keeping.</w:t>
      </w:r>
    </w:p>
    <w:p w14:paraId="605A8FF2" w14:textId="77777777" w:rsidR="008B1413" w:rsidRDefault="00000000">
      <w:pPr>
        <w:pStyle w:val="ListBullet"/>
      </w:pPr>
      <w:r>
        <w:t>Improved customer relationship management and service standards.</w:t>
      </w:r>
    </w:p>
    <w:p w14:paraId="0D512057" w14:textId="77777777" w:rsidR="008B1413" w:rsidRDefault="00000000">
      <w:r>
        <w:rPr>
          <w:b/>
        </w:rPr>
        <w:t>Customer Service Officer | MM1 Local Airport | 2019 – 2020</w:t>
      </w:r>
    </w:p>
    <w:p w14:paraId="7C5272E2" w14:textId="77777777" w:rsidR="008B1413" w:rsidRDefault="00000000">
      <w:pPr>
        <w:pStyle w:val="ListBullet"/>
      </w:pPr>
      <w:r>
        <w:t>Resolved customer complaints and enquiries professionally.</w:t>
      </w:r>
    </w:p>
    <w:p w14:paraId="020E3AAC" w14:textId="77777777" w:rsidR="008B1413" w:rsidRDefault="00000000">
      <w:pPr>
        <w:pStyle w:val="ListBullet"/>
      </w:pPr>
      <w:r>
        <w:t>Supported telesales activities and customer retention efforts.</w:t>
      </w:r>
    </w:p>
    <w:p w14:paraId="76ED819E" w14:textId="77777777" w:rsidR="008B1413" w:rsidRDefault="00000000">
      <w:r>
        <w:rPr>
          <w:b/>
        </w:rPr>
        <w:lastRenderedPageBreak/>
        <w:t>Customer Service Officer | Point Source Limited | 2018 – 2019</w:t>
      </w:r>
    </w:p>
    <w:p w14:paraId="10927FE4" w14:textId="77777777" w:rsidR="008B1413" w:rsidRDefault="00000000">
      <w:pPr>
        <w:pStyle w:val="ListBullet"/>
      </w:pPr>
      <w:r>
        <w:t>Provided customer support and handled quotations and deliveries.</w:t>
      </w:r>
    </w:p>
    <w:p w14:paraId="5F411130" w14:textId="77777777" w:rsidR="008B1413" w:rsidRDefault="00000000">
      <w:pPr>
        <w:pStyle w:val="ListBullet"/>
      </w:pPr>
      <w:r>
        <w:t>Managed online product listings and customer communications.</w:t>
      </w:r>
    </w:p>
    <w:p w14:paraId="5E3D4397" w14:textId="77777777" w:rsidR="008B1413" w:rsidRDefault="00000000">
      <w:pPr>
        <w:pStyle w:val="Heading1"/>
      </w:pPr>
      <w:r>
        <w:t>EDUCATION</w:t>
      </w:r>
    </w:p>
    <w:p w14:paraId="6F56D9EF" w14:textId="77777777" w:rsidR="008B1413" w:rsidRDefault="00000000">
      <w:r>
        <w:t>B.Sc. Business Administration, National Open University (2025 – Present)</w:t>
      </w:r>
    </w:p>
    <w:p w14:paraId="29DF1B9B" w14:textId="77777777" w:rsidR="008B1413" w:rsidRDefault="00000000">
      <w:r>
        <w:t>National Diploma (ND), Mass Communication, Moshood Abiola Polytechnic (2016 – 2018)</w:t>
      </w:r>
    </w:p>
    <w:p w14:paraId="6F32DA74" w14:textId="77777777" w:rsidR="008B1413" w:rsidRDefault="00000000">
      <w:pPr>
        <w:pStyle w:val="Heading1"/>
      </w:pPr>
      <w:r>
        <w:t>CERTIFICATIONS</w:t>
      </w:r>
    </w:p>
    <w:p w14:paraId="0CF3897B" w14:textId="77777777" w:rsidR="008B1413" w:rsidRDefault="00000000">
      <w:r>
        <w:t>Diploma in Desktop Publishing</w:t>
      </w:r>
    </w:p>
    <w:p w14:paraId="75EDF88A" w14:textId="77777777" w:rsidR="008B1413" w:rsidRDefault="00000000">
      <w:r>
        <w:t>Customer Service Essential Training</w:t>
      </w:r>
    </w:p>
    <w:p w14:paraId="4564C390" w14:textId="77777777" w:rsidR="008B1413" w:rsidRDefault="00000000">
      <w:r>
        <w:t>Product Management Certification</w:t>
      </w:r>
    </w:p>
    <w:p w14:paraId="45AF47D9" w14:textId="77777777" w:rsidR="008B1413" w:rsidRDefault="00000000">
      <w:pPr>
        <w:pStyle w:val="Heading1"/>
      </w:pPr>
      <w:r>
        <w:t>LANGUAGES</w:t>
      </w:r>
    </w:p>
    <w:p w14:paraId="7064362E" w14:textId="77777777" w:rsidR="008B1413" w:rsidRDefault="00000000">
      <w:r>
        <w:t>English | Yoruba | Hausa</w:t>
      </w:r>
    </w:p>
    <w:sectPr w:rsidR="008B141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5117789">
    <w:abstractNumId w:val="8"/>
  </w:num>
  <w:num w:numId="2" w16cid:durableId="1926265109">
    <w:abstractNumId w:val="6"/>
  </w:num>
  <w:num w:numId="3" w16cid:durableId="1193424872">
    <w:abstractNumId w:val="5"/>
  </w:num>
  <w:num w:numId="4" w16cid:durableId="1005480963">
    <w:abstractNumId w:val="4"/>
  </w:num>
  <w:num w:numId="5" w16cid:durableId="239754637">
    <w:abstractNumId w:val="7"/>
  </w:num>
  <w:num w:numId="6" w16cid:durableId="991718746">
    <w:abstractNumId w:val="3"/>
  </w:num>
  <w:num w:numId="7" w16cid:durableId="1339700213">
    <w:abstractNumId w:val="2"/>
  </w:num>
  <w:num w:numId="8" w16cid:durableId="550312993">
    <w:abstractNumId w:val="1"/>
  </w:num>
  <w:num w:numId="9" w16cid:durableId="1869829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772D"/>
    <w:rsid w:val="0015074B"/>
    <w:rsid w:val="0029639D"/>
    <w:rsid w:val="00326F90"/>
    <w:rsid w:val="00716C61"/>
    <w:rsid w:val="008B1413"/>
    <w:rsid w:val="009A0EF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170A3"/>
  <w14:defaultImageDpi w14:val="300"/>
  <w15:docId w15:val="{3F956D9C-D6F4-46FC-A62A-6F8B4263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BLESSING AKERELE [ MTN Nigeria ]</dc:creator>
  <cp:keywords/>
  <dc:description>generated by python-docx</dc:description>
  <cp:lastModifiedBy>BLESSING AKERELE [ MTN Nigeria ]</cp:lastModifiedBy>
  <cp:revision>2</cp:revision>
  <dcterms:created xsi:type="dcterms:W3CDTF">2026-08-19T00:17:00Z</dcterms:created>
  <dcterms:modified xsi:type="dcterms:W3CDTF">2026-08-19T00:17:00Z</dcterms:modified>
  <cp:category/>
</cp:coreProperties>
</file>