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CURRICULUM VITAE</w:t>
      </w:r>
    </w:p>
    <w:p>
      <w:r>
        <w:rPr>
          <w:b/>
        </w:rPr>
        <w:t xml:space="preserve">Name: </w:t>
      </w:r>
      <w:r>
        <w:t>Aniugwu Purity Chinyere</w:t>
        <w:br/>
      </w:r>
      <w:r>
        <w:rPr>
          <w:b/>
        </w:rPr>
        <w:t xml:space="preserve">Phone: </w:t>
      </w:r>
      <w:r>
        <w:t>09065468128</w:t>
        <w:br/>
      </w:r>
      <w:r>
        <w:rPr>
          <w:b/>
        </w:rPr>
        <w:t xml:space="preserve">Email: </w:t>
      </w:r>
      <w:r>
        <w:t>purityaniugwu6gmail.com</w:t>
        <w:br/>
      </w:r>
      <w:r>
        <w:rPr>
          <w:b/>
        </w:rPr>
        <w:t xml:space="preserve">Location: </w:t>
      </w:r>
      <w:r>
        <w:t>Enugu State, Nigeria</w:t>
      </w:r>
    </w:p>
    <w:p>
      <w:pPr>
        <w:pStyle w:val="Heading2"/>
      </w:pPr>
      <w:r>
        <w:t>Professional Summary</w:t>
      </w:r>
    </w:p>
    <w:p>
      <w:r>
        <w:t>Motivated and detail-oriented Science Laboratory Technology graduate with experience in hospital laboratory practice through SIWES training. Skilled in communication, customer relations, and braiding services. Seeking a remote or sales representative position where strong interpersonal and organizational skills can be utilized.</w:t>
      </w:r>
    </w:p>
    <w:p>
      <w:pPr>
        <w:pStyle w:val="Heading2"/>
      </w:pPr>
      <w:r>
        <w:t>Education</w:t>
      </w:r>
    </w:p>
    <w:p>
      <w:pPr>
        <w:pStyle w:val="ListBullet"/>
      </w:pPr>
      <w:r>
        <w:rPr>
          <w:b/>
        </w:rPr>
        <w:t>University of Nigeria, Nsukka</w:t>
      </w:r>
      <w:r>
        <w:br/>
        <w:t>B.Sc. Science Laboratory Technology (Physiology/Pharmacology)</w:t>
        <w:br/>
        <w:t>Graduated: 2025</w:t>
      </w:r>
    </w:p>
    <w:p>
      <w:pPr>
        <w:pStyle w:val="Heading2"/>
      </w:pPr>
      <w:r>
        <w:t>Work Experience</w:t>
      </w:r>
    </w:p>
    <w:p>
      <w:pPr>
        <w:pStyle w:val="ListBullet"/>
      </w:pPr>
      <w:r>
        <w:rPr>
          <w:b/>
        </w:rPr>
        <w:t>SIWES Intern – Hospital Laboratory</w:t>
      </w:r>
      <w:r>
        <w:br/>
        <w:t>Assisted in laboratory procedures and sample handling.</w:t>
        <w:br/>
        <w:t>Maintained cleanliness and organization of laboratory equipment.</w:t>
        <w:br/>
        <w:t>Worked with healthcare professionals in a clinical environment.</w:t>
      </w:r>
    </w:p>
    <w:p>
      <w:pPr>
        <w:pStyle w:val="Heading2"/>
      </w:pPr>
      <w:r>
        <w:t>Skills</w:t>
      </w:r>
    </w:p>
    <w:p>
      <w:pPr>
        <w:pStyle w:val="ListBullet"/>
      </w:pPr>
      <w:r>
        <w:t>Good communication skills</w:t>
      </w:r>
    </w:p>
    <w:p>
      <w:pPr>
        <w:pStyle w:val="ListBullet"/>
      </w:pPr>
      <w:r>
        <w:t>Customer service</w:t>
      </w:r>
    </w:p>
    <w:p>
      <w:pPr>
        <w:pStyle w:val="ListBullet"/>
      </w:pPr>
      <w:r>
        <w:t>Sales and interpersonal skills</w:t>
      </w:r>
    </w:p>
    <w:p>
      <w:pPr>
        <w:pStyle w:val="ListBullet"/>
      </w:pPr>
      <w:r>
        <w:t>Laboratory assistance</w:t>
      </w:r>
    </w:p>
    <w:p>
      <w:pPr>
        <w:pStyle w:val="ListBullet"/>
      </w:pPr>
      <w:r>
        <w:t>Braiding and hairstyling</w:t>
      </w:r>
    </w:p>
    <w:p>
      <w:pPr>
        <w:pStyle w:val="ListBullet"/>
      </w:pPr>
      <w:r>
        <w:t>Teamwork and organization</w:t>
      </w:r>
    </w:p>
    <w:p>
      <w:pPr>
        <w:pStyle w:val="Heading2"/>
      </w:pPr>
      <w:r>
        <w:t>Career Objective</w:t>
      </w:r>
    </w:p>
    <w:p>
      <w:r>
        <w:t>To secure a challenging role in a reputable organization where I can contribute my skills, gain professional experience, and grow in my career.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