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FAD366" w14:textId="77777777" w:rsidR="00273684" w:rsidRPr="006C039F" w:rsidRDefault="00BD4F5B">
      <w:pPr>
        <w:pStyle w:val="Title"/>
        <w:jc w:val="center"/>
        <w:rPr>
          <w:color w:val="000000" w:themeColor="text1"/>
        </w:rPr>
      </w:pPr>
      <w:r w:rsidRPr="006C039F">
        <w:rPr>
          <w:color w:val="000000" w:themeColor="text1"/>
        </w:rPr>
        <w:t>RAPHAEL TESTIMONY ADENIKE</w:t>
      </w:r>
    </w:p>
    <w:p w14:paraId="13330B31" w14:textId="77777777" w:rsidR="003B2FD9" w:rsidRPr="003B2FD9" w:rsidRDefault="00BD4F5B" w:rsidP="003B2FD9">
      <w:pPr>
        <w:rPr>
          <w:bCs/>
        </w:rPr>
      </w:pPr>
      <w:r>
        <w:rPr>
          <w:b/>
        </w:rPr>
        <w:t xml:space="preserve">Phone: </w:t>
      </w:r>
      <w:r>
        <w:t>08036210277 | 08140656017</w:t>
      </w:r>
      <w:r>
        <w:br/>
      </w:r>
      <w:r>
        <w:rPr>
          <w:b/>
        </w:rPr>
        <w:t xml:space="preserve">Email: </w:t>
      </w:r>
      <w:r>
        <w:t>raphaeltestimonyadenike@gmail.com</w:t>
      </w:r>
      <w:r>
        <w:br/>
      </w:r>
      <w:r>
        <w:rPr>
          <w:b/>
        </w:rPr>
        <w:t>Address:</w:t>
      </w:r>
      <w:r w:rsidR="003B2FD9">
        <w:rPr>
          <w:b/>
        </w:rPr>
        <w:t xml:space="preserve"> </w:t>
      </w:r>
      <w:r w:rsidR="003B2FD9" w:rsidRPr="003B2FD9">
        <w:rPr>
          <w:bCs/>
        </w:rPr>
        <w:t>No</w:t>
      </w:r>
      <w:r w:rsidR="003B2FD9" w:rsidRPr="003B2FD9">
        <w:rPr>
          <w:b/>
        </w:rPr>
        <w:t xml:space="preserve"> </w:t>
      </w:r>
      <w:r w:rsidR="003B2FD9" w:rsidRPr="003B2FD9">
        <w:rPr>
          <w:bCs/>
        </w:rPr>
        <w:t>34 owolabi street Diamond estate satellite town</w:t>
      </w:r>
    </w:p>
    <w:p w14:paraId="51B7DB13" w14:textId="1B93E132" w:rsidR="00273684" w:rsidRPr="00F73A86" w:rsidRDefault="00BD4F5B" w:rsidP="003B2FD9">
      <w:pPr>
        <w:rPr>
          <w:b/>
          <w:bCs/>
          <w:color w:val="000000" w:themeColor="text1"/>
        </w:rPr>
      </w:pPr>
      <w:r w:rsidRPr="00F73A86">
        <w:rPr>
          <w:b/>
          <w:bCs/>
          <w:color w:val="000000" w:themeColor="text1"/>
        </w:rPr>
        <w:t>PROFESSIONAL SUMMARY</w:t>
      </w:r>
    </w:p>
    <w:p w14:paraId="155C55FA" w14:textId="153DE811" w:rsidR="00273684" w:rsidRDefault="00BD4F5B">
      <w:r>
        <w:t xml:space="preserve">Dedicated and hardworking accounting student with practical experience in sales, customer service, retail operations, and business management. Possesses </w:t>
      </w:r>
      <w:r w:rsidR="00A36F3A">
        <w:t>effective communication</w:t>
      </w:r>
      <w:r>
        <w:t xml:space="preserve">, problem-solving, and interpersonal skills developed through several years of managing customer relationships and supporting business operations. Currently pursuing a </w:t>
      </w:r>
      <w:r w:rsidR="003F2AD1">
        <w:t>bachelor's degree in accounting</w:t>
      </w:r>
      <w:r>
        <w:t xml:space="preserve"> to strengthen professional knowledge and contribute effectively to organizational success. Committed to delivering excellent service, working collaboratively, and achieving organizational goals.</w:t>
      </w:r>
    </w:p>
    <w:p w14:paraId="125B04C8" w14:textId="77777777" w:rsidR="00273684" w:rsidRDefault="00BD4F5B">
      <w:pPr>
        <w:pStyle w:val="Heading1"/>
        <w:rPr>
          <w:color w:val="000000" w:themeColor="text1"/>
        </w:rPr>
      </w:pPr>
      <w:r w:rsidRPr="0049200B">
        <w:rPr>
          <w:color w:val="000000" w:themeColor="text1"/>
        </w:rPr>
        <w:t>WORK EXPERIENCE</w:t>
      </w:r>
    </w:p>
    <w:p w14:paraId="1A5F5A9C" w14:textId="77777777" w:rsidR="002F745C" w:rsidRPr="002F745C" w:rsidRDefault="002F745C" w:rsidP="002F745C"/>
    <w:p w14:paraId="43D14018" w14:textId="3EBA6CE1" w:rsidR="007528F3" w:rsidRDefault="00BD4F5B" w:rsidP="0051216B">
      <w:r w:rsidRPr="00F73A86">
        <w:rPr>
          <w:b/>
          <w:bCs/>
        </w:rPr>
        <w:t>Assistant – Mr Austin Phones and Gadgets (2024–2026)</w:t>
      </w:r>
      <w:r w:rsidRPr="00F73A86">
        <w:rPr>
          <w:b/>
          <w:bCs/>
        </w:rPr>
        <w:br/>
      </w:r>
      <w:r>
        <w:t>• Assisted customers with product enquiries and purchases.</w:t>
      </w:r>
      <w:r>
        <w:br/>
        <w:t>• Maintained positive customer relationships through excellent service.</w:t>
      </w:r>
      <w:r>
        <w:br/>
        <w:t>• Supported daily store operations and inventory management.</w:t>
      </w:r>
      <w:r>
        <w:br/>
        <w:t>• Worked effectively with team members to achieve sales targets.</w:t>
      </w:r>
      <w:r>
        <w:br/>
      </w:r>
      <w:r>
        <w:br/>
      </w:r>
      <w:r w:rsidRPr="00F73A86">
        <w:rPr>
          <w:b/>
          <w:bCs/>
        </w:rPr>
        <w:t>Manager – N-3 Print Media (202</w:t>
      </w:r>
      <w:r w:rsidR="008C4579" w:rsidRPr="00F73A86">
        <w:rPr>
          <w:b/>
          <w:bCs/>
        </w:rPr>
        <w:t>2</w:t>
      </w:r>
      <w:r w:rsidRPr="00F73A86">
        <w:rPr>
          <w:b/>
          <w:bCs/>
        </w:rPr>
        <w:t>–2024)</w:t>
      </w:r>
      <w:r w:rsidRPr="00F73A86">
        <w:rPr>
          <w:b/>
          <w:bCs/>
        </w:rPr>
        <w:br/>
      </w:r>
      <w:r>
        <w:t>• Managed daily business operations and coordinated staff activities.</w:t>
      </w:r>
      <w:r>
        <w:br/>
        <w:t>• Handled customer enquiries and resolved complaints professionally.</w:t>
      </w:r>
      <w:r>
        <w:br/>
        <w:t>• Improved workflow through effective problem-solving and communication.</w:t>
      </w:r>
      <w:r>
        <w:br/>
        <w:t>• Maintained strong relationships with clients and suppliers.</w:t>
      </w:r>
    </w:p>
    <w:p w14:paraId="49196391" w14:textId="390D06F9" w:rsidR="0018463D" w:rsidRPr="00F73A86" w:rsidRDefault="00BD4F5B" w:rsidP="0051216B">
      <w:pPr>
        <w:rPr>
          <w:b/>
          <w:bCs/>
        </w:rPr>
      </w:pPr>
      <w:r>
        <w:br/>
      </w:r>
      <w:r w:rsidR="0018463D" w:rsidRPr="00F73A86">
        <w:rPr>
          <w:b/>
          <w:bCs/>
        </w:rPr>
        <w:t>Cashier – Shekaz Restaurant (2020–2022)</w:t>
      </w:r>
    </w:p>
    <w:p w14:paraId="6E0D8FA2" w14:textId="77777777" w:rsidR="0018463D" w:rsidRPr="0018463D" w:rsidRDefault="0018463D" w:rsidP="0024301F">
      <w:pPr>
        <w:pStyle w:val="ListBullet"/>
      </w:pPr>
      <w:r w:rsidRPr="0018463D">
        <w:t>Handled cash transactions accurately and issued receipts to customers.</w:t>
      </w:r>
    </w:p>
    <w:p w14:paraId="194C3184" w14:textId="77777777" w:rsidR="0018463D" w:rsidRPr="0018463D" w:rsidRDefault="0018463D" w:rsidP="00590E17">
      <w:pPr>
        <w:pStyle w:val="ListBullet"/>
      </w:pPr>
      <w:r w:rsidRPr="0018463D">
        <w:t>Provided friendly customer service and responded to customer enquiries.</w:t>
      </w:r>
    </w:p>
    <w:p w14:paraId="1B144B94" w14:textId="77777777" w:rsidR="0018463D" w:rsidRPr="0018463D" w:rsidRDefault="0018463D" w:rsidP="00605B45">
      <w:pPr>
        <w:pStyle w:val="ListBullet"/>
      </w:pPr>
      <w:r w:rsidRPr="0018463D">
        <w:t>Maintained daily sales records and balanced cash at the end of shifts.</w:t>
      </w:r>
    </w:p>
    <w:p w14:paraId="74A43033" w14:textId="77777777" w:rsidR="0018463D" w:rsidRPr="0018463D" w:rsidRDefault="0018463D" w:rsidP="00113E36">
      <w:pPr>
        <w:pStyle w:val="ListBullet"/>
      </w:pPr>
      <w:r w:rsidRPr="0018463D">
        <w:t>Supported smooth restaurant operations and kept clean work area.</w:t>
      </w:r>
    </w:p>
    <w:p w14:paraId="2E7528D2" w14:textId="5BFB6084" w:rsidR="00884F07" w:rsidRPr="00F73A86" w:rsidRDefault="00BD4F5B" w:rsidP="0051216B">
      <w:pPr>
        <w:rPr>
          <w:b/>
          <w:bCs/>
        </w:rPr>
      </w:pPr>
      <w:r>
        <w:br/>
      </w:r>
      <w:r w:rsidRPr="00F73A86">
        <w:rPr>
          <w:b/>
          <w:bCs/>
        </w:rPr>
        <w:t>Sales Assistant – Mr Okey Envelopes (2018–2020)</w:t>
      </w:r>
    </w:p>
    <w:p w14:paraId="48D31F88" w14:textId="09B63753" w:rsidR="00273684" w:rsidRDefault="00BD4F5B" w:rsidP="0051216B">
      <w:r>
        <w:t>• Assisted customers with product selection and sales.</w:t>
      </w:r>
      <w:r>
        <w:br/>
        <w:t>• Maintained an organized and welcoming work environment.</w:t>
      </w:r>
      <w:r>
        <w:br/>
        <w:t>• Demonstrated effective communication and time management skills.</w:t>
      </w:r>
      <w:r>
        <w:br/>
        <w:t>• Supported stock handling and daily business operations.</w:t>
      </w:r>
      <w:r>
        <w:br/>
      </w:r>
      <w:r>
        <w:br/>
      </w:r>
      <w:r w:rsidRPr="00F73A86">
        <w:rPr>
          <w:b/>
          <w:bCs/>
        </w:rPr>
        <w:t>Sales Attendant – Sunday Sunday Book Shop (2016–2018)</w:t>
      </w:r>
      <w:r w:rsidRPr="00F73A86">
        <w:rPr>
          <w:b/>
          <w:bCs/>
        </w:rPr>
        <w:br/>
      </w:r>
      <w:r>
        <w:t>• Provided excellent customer service and built positive customer relationships.</w:t>
      </w:r>
      <w:r>
        <w:br/>
        <w:t>• Assisted customers with product selection and purchases.</w:t>
      </w:r>
      <w:r>
        <w:br/>
        <w:t>• Worked collaboratively with colleagues.</w:t>
      </w:r>
      <w:r>
        <w:br/>
        <w:t>• Maintained cleanliness and organization of the shop.</w:t>
      </w:r>
    </w:p>
    <w:p w14:paraId="666D8B0E" w14:textId="77777777" w:rsidR="00273684" w:rsidRPr="0049200B" w:rsidRDefault="00BD4F5B">
      <w:pPr>
        <w:pStyle w:val="Heading1"/>
        <w:rPr>
          <w:color w:val="000000" w:themeColor="text1"/>
        </w:rPr>
      </w:pPr>
      <w:r w:rsidRPr="0049200B">
        <w:rPr>
          <w:color w:val="000000" w:themeColor="text1"/>
        </w:rPr>
        <w:t>EDUCATION</w:t>
      </w:r>
    </w:p>
    <w:p w14:paraId="137C9272" w14:textId="77777777" w:rsidR="00273684" w:rsidRDefault="00BD4F5B">
      <w:r>
        <w:t>B.Sc. Accounting (Top-Up Programme), Kwara State University, Malete (2025–Present)</w:t>
      </w:r>
      <w:r>
        <w:br/>
        <w:t>National Youth Service Corps (NYSC), Certificate Obtained (2026)</w:t>
      </w:r>
      <w:r>
        <w:br/>
        <w:t>Higher National Diploma (HND) – Accountancy, The Polytechnic Igbo-Owu, Ilorin (2022–2024)</w:t>
      </w:r>
      <w:r>
        <w:br/>
        <w:t>National Diploma (ND) – Accountancy, The Polytechnic Igbo-Owu, Ilorin (2019–2021)</w:t>
      </w:r>
      <w:r>
        <w:br/>
        <w:t>WASSCE, Ifedamola International High School, Ilorin (2016)</w:t>
      </w:r>
    </w:p>
    <w:p w14:paraId="2D0AEAA5" w14:textId="77777777" w:rsidR="00273684" w:rsidRPr="0049200B" w:rsidRDefault="00BD4F5B">
      <w:pPr>
        <w:pStyle w:val="Heading1"/>
        <w:rPr>
          <w:color w:val="000000" w:themeColor="text1"/>
        </w:rPr>
      </w:pPr>
      <w:r w:rsidRPr="0049200B">
        <w:rPr>
          <w:color w:val="000000" w:themeColor="text1"/>
        </w:rPr>
        <w:t>SKILLS</w:t>
      </w:r>
    </w:p>
    <w:p w14:paraId="16D87D82" w14:textId="77777777" w:rsidR="00273684" w:rsidRDefault="00BD4F5B">
      <w:r>
        <w:t>Bookkeeping</w:t>
      </w:r>
      <w:r>
        <w:br/>
        <w:t>Customer Service</w:t>
      </w:r>
      <w:r>
        <w:br/>
        <w:t>Communication</w:t>
      </w:r>
      <w:r>
        <w:br/>
        <w:t>Customer Relationship Management</w:t>
      </w:r>
      <w:r>
        <w:br/>
        <w:t>Problem Solving</w:t>
      </w:r>
      <w:r>
        <w:br/>
        <w:t>Time Management</w:t>
      </w:r>
      <w:r>
        <w:br/>
        <w:t>Teamwork</w:t>
      </w:r>
    </w:p>
    <w:p w14:paraId="0A53953C" w14:textId="77777777" w:rsidR="00273684" w:rsidRPr="0049200B" w:rsidRDefault="00BD4F5B">
      <w:pPr>
        <w:pStyle w:val="Heading1"/>
        <w:rPr>
          <w:color w:val="000000" w:themeColor="text1"/>
        </w:rPr>
      </w:pPr>
      <w:r w:rsidRPr="0049200B">
        <w:rPr>
          <w:color w:val="000000" w:themeColor="text1"/>
        </w:rPr>
        <w:t>LANGUAGES</w:t>
      </w:r>
    </w:p>
    <w:p w14:paraId="4390CA55" w14:textId="77777777" w:rsidR="00273684" w:rsidRDefault="00BD4F5B">
      <w:r>
        <w:t>English</w:t>
      </w:r>
      <w:r>
        <w:br/>
        <w:t>Yoruba</w:t>
      </w:r>
    </w:p>
    <w:p w14:paraId="24AEE6D0" w14:textId="77777777" w:rsidR="00273684" w:rsidRPr="006C039F" w:rsidRDefault="00BD4F5B">
      <w:pPr>
        <w:pStyle w:val="Heading1"/>
        <w:rPr>
          <w:color w:val="000000" w:themeColor="text1"/>
        </w:rPr>
      </w:pPr>
      <w:r w:rsidRPr="006C039F">
        <w:rPr>
          <w:color w:val="000000" w:themeColor="text1"/>
        </w:rPr>
        <w:t>CERTIFICATIONS</w:t>
      </w:r>
    </w:p>
    <w:p w14:paraId="64D97B6C" w14:textId="77777777" w:rsidR="00273684" w:rsidRDefault="00BD4F5B">
      <w:r>
        <w:t>National Youth Service Corps (NYSC) Certificate</w:t>
      </w:r>
    </w:p>
    <w:p w14:paraId="0660D17A" w14:textId="77777777" w:rsidR="00273684" w:rsidRPr="006C039F" w:rsidRDefault="00BD4F5B">
      <w:pPr>
        <w:pStyle w:val="Heading1"/>
        <w:rPr>
          <w:color w:val="000000" w:themeColor="text1"/>
        </w:rPr>
      </w:pPr>
      <w:r w:rsidRPr="006C039F">
        <w:rPr>
          <w:color w:val="000000" w:themeColor="text1"/>
        </w:rPr>
        <w:t>REFERENCES</w:t>
      </w:r>
    </w:p>
    <w:p w14:paraId="4B50F6BB" w14:textId="77777777" w:rsidR="00273684" w:rsidRDefault="00BD4F5B">
      <w:r>
        <w:t>N-3 Print Media</w:t>
      </w:r>
      <w:r>
        <w:br/>
        <w:t>Mr Austine Phones and Gadgets</w:t>
      </w:r>
    </w:p>
    <w:sectPr w:rsidR="002736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libri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8757806">
    <w:abstractNumId w:val="8"/>
  </w:num>
  <w:num w:numId="2" w16cid:durableId="1613051856">
    <w:abstractNumId w:val="6"/>
  </w:num>
  <w:num w:numId="3" w16cid:durableId="493110481">
    <w:abstractNumId w:val="5"/>
  </w:num>
  <w:num w:numId="4" w16cid:durableId="1750156911">
    <w:abstractNumId w:val="4"/>
  </w:num>
  <w:num w:numId="5" w16cid:durableId="243803697">
    <w:abstractNumId w:val="7"/>
  </w:num>
  <w:num w:numId="6" w16cid:durableId="1982078804">
    <w:abstractNumId w:val="3"/>
  </w:num>
  <w:num w:numId="7" w16cid:durableId="1956061186">
    <w:abstractNumId w:val="2"/>
  </w:num>
  <w:num w:numId="8" w16cid:durableId="1010255236">
    <w:abstractNumId w:val="1"/>
  </w:num>
  <w:num w:numId="9" w16cid:durableId="15344179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137"/>
    <w:rsid w:val="0006063C"/>
    <w:rsid w:val="001049A2"/>
    <w:rsid w:val="00113E36"/>
    <w:rsid w:val="0015074B"/>
    <w:rsid w:val="0018463D"/>
    <w:rsid w:val="0022701D"/>
    <w:rsid w:val="0024301F"/>
    <w:rsid w:val="00273684"/>
    <w:rsid w:val="002901CF"/>
    <w:rsid w:val="0029639D"/>
    <w:rsid w:val="002F745C"/>
    <w:rsid w:val="00312F2C"/>
    <w:rsid w:val="00326F90"/>
    <w:rsid w:val="0035491C"/>
    <w:rsid w:val="003B2FD9"/>
    <w:rsid w:val="003F2AD1"/>
    <w:rsid w:val="0049200B"/>
    <w:rsid w:val="0051216B"/>
    <w:rsid w:val="00590E17"/>
    <w:rsid w:val="005A2501"/>
    <w:rsid w:val="00605B45"/>
    <w:rsid w:val="006A7ECA"/>
    <w:rsid w:val="006C039F"/>
    <w:rsid w:val="00717803"/>
    <w:rsid w:val="007528F3"/>
    <w:rsid w:val="0076092F"/>
    <w:rsid w:val="00884F07"/>
    <w:rsid w:val="008C4579"/>
    <w:rsid w:val="009E6F97"/>
    <w:rsid w:val="00A10660"/>
    <w:rsid w:val="00A36F3A"/>
    <w:rsid w:val="00AA1D8D"/>
    <w:rsid w:val="00B47730"/>
    <w:rsid w:val="00B51883"/>
    <w:rsid w:val="00B537F8"/>
    <w:rsid w:val="00BD4F5B"/>
    <w:rsid w:val="00C502BB"/>
    <w:rsid w:val="00C843EB"/>
    <w:rsid w:val="00CB0664"/>
    <w:rsid w:val="00D06044"/>
    <w:rsid w:val="00D5753C"/>
    <w:rsid w:val="00D66DE0"/>
    <w:rsid w:val="00D855B8"/>
    <w:rsid w:val="00DD743D"/>
    <w:rsid w:val="00EB2D64"/>
    <w:rsid w:val="00F73A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6BCBD3"/>
  <w14:defaultImageDpi w14:val="300"/>
  <w15:docId w15:val="{737B9097-1961-BF4A-A627-F83F5829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Rapahael Testimony adenike</cp:lastModifiedBy>
  <cp:revision>32</cp:revision>
  <dcterms:created xsi:type="dcterms:W3CDTF">2026-07-06T20:06:00Z</dcterms:created>
  <dcterms:modified xsi:type="dcterms:W3CDTF">2026-10-13T09:56:00Z</dcterms:modified>
  <cp:category/>
</cp:coreProperties>
</file>