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color w:val="1F3A5F"/>
          <w:sz w:val="48"/>
        </w:rPr>
        <w:t>Sadat Biga Kelvin</w:t>
      </w:r>
    </w:p>
    <w:p>
      <w:pPr>
        <w:spacing w:after="40"/>
        <w:jc w:val="center"/>
      </w:pPr>
      <w:r>
        <w:rPr>
          <w:b/>
          <w:i w:val="0"/>
          <w:color w:val="555555"/>
          <w:sz w:val="23"/>
        </w:rPr>
        <w:t>IT Support  |  Network Technician  |  Cybersecurity</w:t>
      </w:r>
    </w:p>
    <w:p>
      <w:pPr>
        <w:spacing w:after="0"/>
        <w:jc w:val="center"/>
      </w:pPr>
      <w:r>
        <w:rPr>
          <w:b w:val="0"/>
          <w:i w:val="0"/>
          <w:sz w:val="20"/>
        </w:rPr>
        <w:t>Ikoyi, Lagos, Nigeria  |  08024183071  |  biga0day@gmail.com</w:t>
      </w:r>
    </w:p>
    <w:p>
      <w:pPr>
        <w:spacing w:after="40"/>
        <w:jc w:val="center"/>
      </w:pPr>
      <w:r>
        <w:rPr>
          <w:b w:val="0"/>
          <w:i w:val="0"/>
          <w:sz w:val="20"/>
        </w:rPr>
        <w:t>linkedin.com/in/sadat-kelvin-2087043a4  |  github.com/0Daywolfie</w:t>
      </w:r>
    </w:p>
    <w:p>
      <w:pPr>
        <w:keepNext/>
        <w:spacing w:after="60" w:before="200"/>
        <w:pBdr>
          <w:bottom w:val="single" w:sz="6" w:space="1" w:color="1F3A5F"/>
        </w:pBdr>
      </w:pPr>
      <w:r>
        <w:rPr>
          <w:b/>
          <w:i w:val="0"/>
          <w:color w:val="1F3A5F"/>
          <w:sz w:val="23"/>
        </w:rPr>
        <w:t>PROFESSIONAL SUMMARY</w:t>
      </w:r>
    </w:p>
    <w:p>
      <w:r>
        <w:rPr>
          <w:b w:val="0"/>
          <w:i w:val="0"/>
        </w:rPr>
        <w:t>Hands-on IT professional with a Physics background and a track record across field IT, mobile device management, technical support and hands-on technical training. Builds and documents enterprise-style networks (VLANs, OSPF, ACLs, NAT, port security) and ships working software end to end. Holds 15 certifications across Cisco, Oracle, AWS, TryHackMe and Anthropic, and is working toward the CCNA and AWS cloud engineering. Learns by doing, thinks in systems, and writes things down so the next person isn't guessing.</w:t>
      </w:r>
    </w:p>
    <w:p>
      <w:pPr>
        <w:keepNext/>
        <w:spacing w:after="60" w:before="200"/>
        <w:pBdr>
          <w:bottom w:val="single" w:sz="6" w:space="1" w:color="1F3A5F"/>
        </w:pBdr>
      </w:pPr>
      <w:r>
        <w:rPr>
          <w:b/>
          <w:i w:val="0"/>
          <w:color w:val="1F3A5F"/>
          <w:sz w:val="23"/>
        </w:rPr>
        <w:t>CORE SKILLS</w:t>
      </w:r>
    </w:p>
    <w:p>
      <w:pPr>
        <w:pStyle w:val="ListBullet"/>
        <w:spacing w:after="20"/>
        <w:ind w:left="340"/>
      </w:pPr>
      <w:r>
        <w:rPr>
          <w:b/>
        </w:rPr>
        <w:t xml:space="preserve">Networking: </w:t>
      </w:r>
      <w:r>
        <w:t>VLANs, 802.1Q trunking, inter-VLAN routing (SVIs on a Layer 3 switch), multi-area OSPF, NAT/PAT, DHCP relay, wireless (WPA2), Cisco Packet Tracer, IP addressing and subnetting</w:t>
      </w:r>
    </w:p>
    <w:p>
      <w:pPr>
        <w:pStyle w:val="ListBullet"/>
        <w:spacing w:after="20"/>
        <w:ind w:left="340"/>
      </w:pPr>
      <w:r>
        <w:rPr>
          <w:b/>
        </w:rPr>
        <w:t xml:space="preserve">Security: </w:t>
      </w:r>
      <w:r>
        <w:t>Port security, ACL segmentation, SSH hardening, endpoint security, network defense, Active Directory (AD DS), Linux hardening, Kali Linux, Whonix, vulnerability concepts (SQL injection, XSS, buffer overflows)</w:t>
      </w:r>
    </w:p>
    <w:p>
      <w:pPr>
        <w:pStyle w:val="ListBullet"/>
        <w:spacing w:after="20"/>
        <w:ind w:left="340"/>
      </w:pPr>
      <w:r>
        <w:rPr>
          <w:b/>
        </w:rPr>
        <w:t xml:space="preserve">IT Support: </w:t>
      </w:r>
      <w:r>
        <w:t>Hardware and software troubleshooting, mobile device management (MDM), field IT, end-user support, Windows and Linux (Linux Mint) administration</w:t>
      </w:r>
    </w:p>
    <w:p>
      <w:pPr>
        <w:pStyle w:val="ListBullet"/>
        <w:spacing w:after="20"/>
        <w:ind w:left="340"/>
      </w:pPr>
      <w:r>
        <w:rPr>
          <w:b/>
        </w:rPr>
        <w:t xml:space="preserve">Cloud and Databases: </w:t>
      </w:r>
      <w:r>
        <w:t>AWS fundamentals (free tier, Terraform), Oracle Cloud Infrastructure (AI, Database), SQL, MySQL/MariaDB</w:t>
      </w:r>
    </w:p>
    <w:p>
      <w:pPr>
        <w:pStyle w:val="ListBullet"/>
        <w:spacing w:after="20"/>
        <w:ind w:left="340"/>
      </w:pPr>
      <w:r>
        <w:rPr>
          <w:b/>
        </w:rPr>
        <w:t xml:space="preserve">Development: </w:t>
      </w:r>
      <w:r>
        <w:t>PHP, MySQL, React, TypeScript, Tailwind, Vite, HTML/CSS, Git/GitHub, llama.cpp, Tailscale</w:t>
      </w:r>
    </w:p>
    <w:p>
      <w:pPr>
        <w:pStyle w:val="ListBullet"/>
        <w:spacing w:after="20"/>
        <w:ind w:left="340"/>
      </w:pPr>
      <w:r>
        <w:rPr>
          <w:b/>
        </w:rPr>
        <w:t xml:space="preserve">Other: </w:t>
      </w:r>
      <w:r>
        <w:t>Technical documentation (Obsidian, Markdown, PDF reports), graphic design, content creation, training and teaching</w:t>
      </w:r>
    </w:p>
    <w:p>
      <w:pPr>
        <w:keepNext/>
        <w:spacing w:after="60" w:before="200"/>
        <w:pBdr>
          <w:bottom w:val="single" w:sz="6" w:space="1" w:color="1F3A5F"/>
        </w:pBdr>
      </w:pPr>
      <w:r>
        <w:rPr>
          <w:b/>
          <w:i w:val="0"/>
          <w:color w:val="1F3A5F"/>
          <w:sz w:val="23"/>
        </w:rPr>
        <w:t>PROFESSIONAL EXPERIENCE</w:t>
      </w:r>
    </w:p>
    <w:p>
      <w:pPr>
        <w:keepNext/>
        <w:spacing w:after="0" w:before="100"/>
      </w:pPr>
      <w:r>
        <w:rPr>
          <w:b/>
          <w:i w:val="0"/>
          <w:sz w:val="22"/>
        </w:rPr>
        <w:t>IT Support, Airtel Nigeria (via 3D Impact Marketing Limited)</w:t>
      </w:r>
    </w:p>
    <w:p>
      <w:pPr>
        <w:keepNext/>
        <w:spacing w:after="20"/>
      </w:pPr>
      <w:r>
        <w:rPr>
          <w:b w:val="0"/>
          <w:i/>
          <w:color w:val="555555"/>
          <w:sz w:val="19"/>
        </w:rPr>
        <w:t>Lagos  |  October 2026 - Present</w:t>
      </w:r>
    </w:p>
    <w:p>
      <w:pPr>
        <w:pStyle w:val="ListBullet"/>
        <w:spacing w:after="20"/>
        <w:ind w:left="340"/>
      </w:pPr>
      <w:r>
        <w:t>Onboarded onto Airtel's systems in October 2026 under 3D Impact Marketing Limited and moved into an IT Support role within the first two weeks</w:t>
      </w:r>
    </w:p>
    <w:p>
      <w:pPr>
        <w:pStyle w:val="ListBullet"/>
        <w:spacing w:after="20"/>
        <w:ind w:left="340"/>
      </w:pPr>
      <w:r>
        <w:t>Supports Airtel's teams and devices as part of the IT function</w:t>
      </w:r>
    </w:p>
    <w:p>
      <w:pPr>
        <w:keepNext/>
        <w:spacing w:after="0" w:before="100"/>
      </w:pPr>
      <w:r>
        <w:rPr>
          <w:b/>
          <w:i w:val="0"/>
          <w:sz w:val="22"/>
        </w:rPr>
        <w:t>Graphics and Tech Support, Landzero</w:t>
      </w:r>
    </w:p>
    <w:p>
      <w:pPr>
        <w:keepNext/>
        <w:spacing w:after="20"/>
      </w:pPr>
      <w:r>
        <w:rPr>
          <w:b w:val="0"/>
          <w:i/>
          <w:color w:val="555555"/>
          <w:sz w:val="19"/>
        </w:rPr>
        <w:t>2024 - 2025</w:t>
      </w:r>
    </w:p>
    <w:p>
      <w:pPr>
        <w:pStyle w:val="ListBullet"/>
        <w:spacing w:after="20"/>
        <w:ind w:left="340"/>
      </w:pPr>
      <w:r>
        <w:t>Combined technical support with graphic design work for the business</w:t>
      </w:r>
    </w:p>
    <w:p>
      <w:pPr>
        <w:pStyle w:val="ListBullet"/>
        <w:spacing w:after="20"/>
        <w:ind w:left="340"/>
      </w:pPr>
      <w:r>
        <w:t>Produced design assets and kept the team's tech running day to day</w:t>
      </w:r>
    </w:p>
    <w:p>
      <w:pPr>
        <w:keepNext/>
        <w:spacing w:after="0" w:before="100"/>
      </w:pPr>
      <w:r>
        <w:rPr>
          <w:b/>
          <w:i w:val="0"/>
          <w:sz w:val="22"/>
        </w:rPr>
        <w:t>Field IT Officer, INEC (Independent National Electoral Commission)</w:t>
      </w:r>
    </w:p>
    <w:p>
      <w:pPr>
        <w:keepNext/>
        <w:spacing w:after="20"/>
      </w:pPr>
      <w:r>
        <w:rPr>
          <w:b w:val="0"/>
          <w:i/>
          <w:color w:val="555555"/>
          <w:sz w:val="19"/>
        </w:rPr>
        <w:t>February - March 2023</w:t>
      </w:r>
    </w:p>
    <w:p>
      <w:pPr>
        <w:pStyle w:val="ListBullet"/>
        <w:spacing w:after="20"/>
        <w:ind w:left="340"/>
      </w:pPr>
      <w:r>
        <w:t>Provided field IT support during the 2023 election period</w:t>
      </w:r>
    </w:p>
    <w:p>
      <w:pPr>
        <w:pStyle w:val="ListBullet"/>
        <w:spacing w:after="20"/>
        <w:ind w:left="340"/>
      </w:pPr>
      <w:r>
        <w:t>Worked under time pressure, where equipment had to work the first time</w:t>
      </w:r>
    </w:p>
    <w:p>
      <w:pPr>
        <w:keepNext/>
        <w:spacing w:after="0" w:before="100"/>
      </w:pPr>
      <w:r>
        <w:rPr>
          <w:b/>
          <w:i w:val="0"/>
          <w:sz w:val="22"/>
        </w:rPr>
        <w:t>MDM Technician, EasyBuy Nigeria</w:t>
      </w:r>
    </w:p>
    <w:p>
      <w:pPr>
        <w:keepNext/>
        <w:spacing w:after="20"/>
      </w:pPr>
      <w:r>
        <w:rPr>
          <w:b w:val="0"/>
          <w:i/>
          <w:color w:val="555555"/>
          <w:sz w:val="19"/>
        </w:rPr>
        <w:t>2022 - 2023</w:t>
      </w:r>
    </w:p>
    <w:p>
      <w:pPr>
        <w:pStyle w:val="ListBullet"/>
        <w:spacing w:after="20"/>
        <w:ind w:left="340"/>
      </w:pPr>
      <w:r>
        <w:t>Handled mobile device management (MDM) for the company's device-financing operations</w:t>
      </w:r>
    </w:p>
    <w:p>
      <w:pPr>
        <w:pStyle w:val="ListBullet"/>
        <w:spacing w:after="20"/>
        <w:ind w:left="340"/>
      </w:pPr>
      <w:r>
        <w:t>Provided technical support on mobile devices</w:t>
      </w:r>
    </w:p>
    <w:p>
      <w:pPr>
        <w:keepNext/>
        <w:spacing w:after="0" w:before="100"/>
      </w:pPr>
      <w:r>
        <w:rPr>
          <w:b/>
          <w:i w:val="0"/>
          <w:sz w:val="22"/>
        </w:rPr>
        <w:t>Technology Trainee, Guruview Technologies</w:t>
      </w:r>
    </w:p>
    <w:p>
      <w:pPr>
        <w:keepNext/>
        <w:spacing w:after="20"/>
      </w:pPr>
      <w:r>
        <w:rPr>
          <w:b w:val="0"/>
          <w:i/>
          <w:color w:val="555555"/>
          <w:sz w:val="19"/>
        </w:rPr>
        <w:t>2020 - 2021</w:t>
      </w:r>
    </w:p>
    <w:p>
      <w:pPr>
        <w:pStyle w:val="ListBullet"/>
        <w:spacing w:after="20"/>
        <w:ind w:left="340"/>
      </w:pPr>
      <w:r>
        <w:t>Trained in hands-on technology work and built the foundation for a career in IT</w:t>
      </w:r>
    </w:p>
    <w:p>
      <w:pPr>
        <w:keepNext/>
        <w:spacing w:after="0" w:before="100"/>
      </w:pPr>
      <w:r>
        <w:rPr>
          <w:b/>
          <w:i w:val="0"/>
          <w:sz w:val="22"/>
        </w:rPr>
        <w:t>Freelance IT, Network Support and Design</w:t>
      </w:r>
    </w:p>
    <w:p>
      <w:pPr>
        <w:keepNext/>
        <w:spacing w:after="20"/>
      </w:pPr>
      <w:r>
        <w:rPr>
          <w:b w:val="0"/>
          <w:i/>
          <w:color w:val="555555"/>
          <w:sz w:val="19"/>
        </w:rPr>
        <w:t>Ongoing  |  Fiverr and Niya Gigs (gigs.niya.gov.ng)</w:t>
      </w:r>
    </w:p>
    <w:p>
      <w:pPr>
        <w:pStyle w:val="ListBullet"/>
        <w:spacing w:after="20"/>
        <w:ind w:left="340"/>
      </w:pPr>
      <w:r>
        <w:t>Offers IT/network support and cybersecurity basics gigs, backed by a published portfolio of a homelab report and a security checklist</w:t>
      </w:r>
    </w:p>
    <w:p>
      <w:pPr>
        <w:pStyle w:val="ListBullet"/>
        <w:spacing w:after="20"/>
        <w:ind w:left="340"/>
      </w:pPr>
      <w:r>
        <w:t>Also does data annotation work and customer-service writing</w:t>
      </w:r>
    </w:p>
    <w:p>
      <w:pPr>
        <w:keepNext/>
        <w:spacing w:after="60" w:before="200"/>
        <w:pBdr>
          <w:bottom w:val="single" w:sz="6" w:space="1" w:color="1F3A5F"/>
        </w:pBdr>
      </w:pPr>
      <w:r>
        <w:rPr>
          <w:b/>
          <w:i w:val="0"/>
          <w:color w:val="1F3A5F"/>
          <w:sz w:val="23"/>
        </w:rPr>
        <w:t>SELECTED PROJECTS</w:t>
      </w:r>
    </w:p>
    <w:p>
      <w:pPr>
        <w:keepNext/>
        <w:spacing w:after="0" w:before="100"/>
      </w:pPr>
      <w:r>
        <w:rPr>
          <w:b/>
          <w:i w:val="0"/>
          <w:sz w:val="22"/>
        </w:rPr>
        <w:t>Enterprise Network Homelab (Cisco Packet Tracer)</w:t>
      </w:r>
    </w:p>
    <w:p>
      <w:pPr>
        <w:keepNext/>
        <w:spacing w:after="20"/>
      </w:pPr>
      <w:r>
        <w:rPr>
          <w:b w:val="0"/>
          <w:i/>
          <w:color w:val="555555"/>
          <w:sz w:val="19"/>
        </w:rPr>
        <w:t>github.com/0Daywolfie/homelab-notes</w:t>
      </w:r>
    </w:p>
    <w:p>
      <w:pPr>
        <w:pStyle w:val="ListBullet"/>
        <w:spacing w:after="20"/>
        <w:ind w:left="340"/>
      </w:pPr>
      <w:r>
        <w:t>Designed and built an 18-phase, three-site enterprise network (HQ plus two branches)</w:t>
      </w:r>
    </w:p>
    <w:p>
      <w:pPr>
        <w:pStyle w:val="ListBullet"/>
        <w:spacing w:after="20"/>
        <w:ind w:left="340"/>
      </w:pPr>
      <w:r>
        <w:t>Implemented segmented VLANs, 802.1Q trunking, Layer 3 core inter-VLAN routing, multi-area OSPF with an ABR, NAT/PAT, and DHCP relay</w:t>
      </w:r>
    </w:p>
    <w:p>
      <w:pPr>
        <w:pStyle w:val="ListBullet"/>
        <w:spacing w:after="20"/>
        <w:ind w:left="340"/>
      </w:pPr>
      <w:r>
        <w:t>Hardened the network with sticky-MAC port security, ACL-based segmentation, WPA2 wireless and network-wide SSH, plus a NOC server for syslog and NTP</w:t>
      </w:r>
    </w:p>
    <w:p>
      <w:pPr>
        <w:pStyle w:val="ListBullet"/>
        <w:spacing w:after="20"/>
        <w:ind w:left="340"/>
      </w:pPr>
      <w:r>
        <w:t>Documented every phase, including two unresolved anomalies, in a public GitHub repo with a PDF project report</w:t>
      </w:r>
    </w:p>
    <w:p>
      <w:pPr>
        <w:keepNext/>
        <w:spacing w:after="0" w:before="100"/>
      </w:pPr>
      <w:r>
        <w:rPr>
          <w:b/>
          <w:i w:val="0"/>
          <w:sz w:val="22"/>
        </w:rPr>
        <w:t>BIVAS-1: Estate Visitor and Access Control System</w:t>
      </w:r>
    </w:p>
    <w:p>
      <w:pPr>
        <w:keepNext/>
        <w:spacing w:after="20"/>
      </w:pPr>
      <w:r>
        <w:rPr>
          <w:b w:val="0"/>
          <w:i/>
          <w:color w:val="555555"/>
          <w:sz w:val="19"/>
        </w:rPr>
        <w:t>PHP / MySQL  |  github.com/0Daywolfie/BIVAS-1</w:t>
      </w:r>
    </w:p>
    <w:p>
      <w:pPr>
        <w:pStyle w:val="ListBullet"/>
        <w:spacing w:after="20"/>
        <w:ind w:left="340"/>
      </w:pPr>
      <w:r>
        <w:t>Built a visitor-management system for gated estates with three parts: a resident app, a guard gate screen and an estate-manager admin dashboard</w:t>
      </w:r>
    </w:p>
    <w:p>
      <w:pPr>
        <w:pStyle w:val="ListBullet"/>
        <w:spacing w:after="20"/>
        <w:ind w:left="340"/>
      </w:pPr>
      <w:r>
        <w:t>Residents issue one-time 6-digit invite codes (shareable via WhatsApp); guards verify codes, check visitors in and out, and see who is currently inside</w:t>
      </w:r>
    </w:p>
    <w:p>
      <w:pPr>
        <w:pStyle w:val="ListBullet"/>
        <w:spacing w:after="20"/>
        <w:ind w:left="340"/>
      </w:pPr>
      <w:r>
        <w:t>Tested end to end on real phones over a local network; designed for cheap cPanel hosting</w:t>
      </w:r>
    </w:p>
    <w:p>
      <w:pPr>
        <w:keepNext/>
        <w:spacing w:after="0" w:before="100"/>
      </w:pPr>
      <w:r>
        <w:rPr>
          <w:b/>
          <w:i w:val="0"/>
          <w:sz w:val="22"/>
        </w:rPr>
        <w:t>Topool Autos Dealership Website</w:t>
      </w:r>
    </w:p>
    <w:p>
      <w:pPr>
        <w:keepNext/>
        <w:spacing w:after="20"/>
      </w:pPr>
      <w:r>
        <w:rPr>
          <w:b w:val="0"/>
          <w:i/>
          <w:color w:val="555555"/>
          <w:sz w:val="19"/>
        </w:rPr>
        <w:t>topoolautos.com  |  React, TypeScript, Tailwind, PHP, MySQL</w:t>
      </w:r>
    </w:p>
    <w:p>
      <w:pPr>
        <w:pStyle w:val="ListBullet"/>
        <w:spacing w:after="20"/>
        <w:ind w:left="340"/>
      </w:pPr>
      <w:r>
        <w:t>Rebuilt a car dealership's site from WordPress into a React/TypeScript/Tailwind storefront with a PHP/MySQL backend</w:t>
      </w:r>
    </w:p>
    <w:p>
      <w:pPr>
        <w:pStyle w:val="ListBullet"/>
        <w:spacing w:after="20"/>
        <w:ind w:left="340"/>
      </w:pPr>
      <w:r>
        <w:t>Delivered a database-backed admin panel with photo upload, a public inventory API, and an SMTP-based enquiry form (PHPMailer, as the host disables mail())</w:t>
      </w:r>
    </w:p>
    <w:p>
      <w:pPr>
        <w:pStyle w:val="ListBullet"/>
        <w:spacing w:after="20"/>
        <w:ind w:left="340"/>
      </w:pPr>
      <w:r>
        <w:t>Naira pricing, WhatsApp integration, Google Business Profile ownership transfer, and a full visual redesign</w:t>
      </w:r>
    </w:p>
    <w:p>
      <w:pPr>
        <w:keepNext/>
        <w:spacing w:after="0" w:before="100"/>
      </w:pPr>
      <w:r>
        <w:rPr>
          <w:b/>
          <w:i w:val="0"/>
          <w:sz w:val="22"/>
        </w:rPr>
        <w:t>Offline AI Learning Companion for Nigerian Schools</w:t>
      </w:r>
    </w:p>
    <w:p>
      <w:pPr>
        <w:keepNext/>
        <w:spacing w:after="20"/>
      </w:pPr>
      <w:r>
        <w:rPr>
          <w:b w:val="0"/>
          <w:i/>
          <w:color w:val="555555"/>
          <w:sz w:val="19"/>
        </w:rPr>
        <w:t>github.com/0Daywolfie/offline-ai-education</w:t>
      </w:r>
    </w:p>
    <w:p>
      <w:pPr>
        <w:pStyle w:val="ListBullet"/>
        <w:spacing w:after="20"/>
        <w:ind w:left="340"/>
      </w:pPr>
      <w:r>
        <w:t>Solo-built an offline-first AI tutor for public school children that runs a quantised Qwen2.5-3B model through llama.cpp on a low-spec CPU-only laptop, from a USB drive with Wi-Fi disabled</w:t>
      </w:r>
    </w:p>
    <w:p>
      <w:pPr>
        <w:pStyle w:val="ListBullet"/>
        <w:spacing w:after="20"/>
        <w:ind w:left="340"/>
      </w:pPr>
      <w:r>
        <w:t>Designed the tutoring approach (curiosity-driven, with a trust firewall for sensitive disclosures from children) and built a portfolio site for it</w:t>
      </w:r>
    </w:p>
    <w:p>
      <w:pPr>
        <w:keepNext/>
        <w:spacing w:after="0" w:before="100"/>
      </w:pPr>
      <w:r>
        <w:rPr>
          <w:b/>
          <w:i w:val="0"/>
          <w:sz w:val="22"/>
        </w:rPr>
        <w:t>Generative AI Classes</w:t>
      </w:r>
    </w:p>
    <w:p>
      <w:pPr>
        <w:keepNext/>
        <w:spacing w:after="20"/>
      </w:pPr>
      <w:r>
        <w:rPr>
          <w:b w:val="0"/>
          <w:i/>
          <w:color w:val="555555"/>
          <w:sz w:val="19"/>
        </w:rPr>
        <w:t>Side venture  |  2026</w:t>
      </w:r>
    </w:p>
    <w:p>
      <w:pPr>
        <w:pStyle w:val="ListBullet"/>
        <w:spacing w:after="20"/>
        <w:ind w:left="340"/>
      </w:pPr>
      <w:r>
        <w:t>Teaches AI music, AI video and AI record-label creation to first students, building the curriculum in a documented GitHub repo</w:t>
      </w:r>
    </w:p>
    <w:p>
      <w:pPr>
        <w:keepNext/>
        <w:spacing w:after="60" w:before="200"/>
        <w:pBdr>
          <w:bottom w:val="single" w:sz="6" w:space="1" w:color="1F3A5F"/>
        </w:pBdr>
      </w:pPr>
      <w:r>
        <w:rPr>
          <w:b/>
          <w:i w:val="0"/>
          <w:color w:val="1F3A5F"/>
          <w:sz w:val="23"/>
        </w:rPr>
        <w:t>CERTIFICATIONS AND TRAINING</w:t>
      </w:r>
    </w:p>
    <w:p>
      <w:pPr>
        <w:pStyle w:val="ListBullet"/>
        <w:spacing w:after="20"/>
        <w:ind w:left="340"/>
      </w:pPr>
      <w:r>
        <w:rPr>
          <w:b/>
        </w:rPr>
        <w:t xml:space="preserve">Cisco Networking Academy: </w:t>
      </w:r>
      <w:r>
        <w:t>Network Technician Career Path, Cisco Certified Support Technician (CCST), Networking Basics, Network Addressing, Network Support and Security, Introduction to Cybersecurity, Endpoint Security, Career Prep Workshop</w:t>
      </w:r>
    </w:p>
    <w:p>
      <w:pPr>
        <w:pStyle w:val="ListBullet"/>
        <w:spacing w:after="20"/>
        <w:ind w:left="340"/>
      </w:pPr>
      <w:r>
        <w:rPr>
          <w:b/>
        </w:rPr>
        <w:t xml:space="preserve">Oracle: </w:t>
      </w:r>
      <w:r>
        <w:t>Oracle Cloud Infrastructure (OCI) AI, Oracle Database, Oracle SQL, Oracle MySQL</w:t>
      </w:r>
    </w:p>
    <w:p>
      <w:pPr>
        <w:pStyle w:val="ListBullet"/>
        <w:spacing w:after="20"/>
        <w:ind w:left="340"/>
      </w:pPr>
      <w:r>
        <w:rPr>
          <w:b/>
        </w:rPr>
        <w:t xml:space="preserve">Other: </w:t>
      </w:r>
      <w:r>
        <w:t>TryHackMe: Active Directory Domain Services (AD DS); ThinkCloudly: AWS Cloud Bootcamp; Claude Academy: Claude 101</w:t>
      </w:r>
    </w:p>
    <w:p>
      <w:pPr>
        <w:pStyle w:val="ListBullet"/>
        <w:spacing w:after="20"/>
        <w:ind w:left="340"/>
      </w:pPr>
      <w:r>
        <w:rPr>
          <w:b/>
        </w:rPr>
        <w:t xml:space="preserve">In progress: </w:t>
      </w:r>
      <w:r>
        <w:t>Cisco Junior Cybersecurity Analyst and Network Defense (NITDA x Cisco programme, including the NITDA CTF Competition 2026), CCNA preparation, ThinkCloudly AWS Cloud Engineering</w:t>
      </w:r>
    </w:p>
    <w:p>
      <w:pPr>
        <w:keepNext/>
        <w:spacing w:after="60" w:before="200"/>
        <w:pBdr>
          <w:bottom w:val="single" w:sz="6" w:space="1" w:color="1F3A5F"/>
        </w:pBdr>
      </w:pPr>
      <w:r>
        <w:rPr>
          <w:b/>
          <w:i w:val="0"/>
          <w:color w:val="1F3A5F"/>
          <w:sz w:val="23"/>
        </w:rPr>
        <w:t>EDUCATION</w:t>
      </w:r>
    </w:p>
    <w:p>
      <w:pPr>
        <w:spacing w:after="0" w:before="40"/>
      </w:pPr>
      <w:r>
        <w:rPr>
          <w:b/>
        </w:rPr>
        <w:t>University of Calabar (UNICAL), Calabar</w:t>
      </w:r>
      <w:r>
        <w:t xml:space="preserve">  |  Physics  |  2015 - 2019</w:t>
      </w:r>
    </w:p>
    <w:p>
      <w:r>
        <w:rPr>
          <w:b w:val="0"/>
          <w:i w:val="0"/>
        </w:rPr>
        <w:t>Completed the National Youth Service Corps (NYSC).</w:t>
      </w:r>
    </w:p>
    <w:p>
      <w:pPr>
        <w:keepNext/>
        <w:spacing w:after="60" w:before="200"/>
        <w:pBdr>
          <w:bottom w:val="single" w:sz="6" w:space="1" w:color="1F3A5F"/>
        </w:pBdr>
      </w:pPr>
      <w:r>
        <w:rPr>
          <w:b/>
          <w:i w:val="0"/>
          <w:color w:val="1F3A5F"/>
          <w:sz w:val="23"/>
        </w:rPr>
        <w:t>ADDITIONAL STRENGTHS</w:t>
      </w:r>
    </w:p>
    <w:p>
      <w:pPr>
        <w:pStyle w:val="ListBullet"/>
        <w:spacing w:after="20"/>
        <w:ind w:left="340"/>
      </w:pPr>
      <w:r>
        <w:t>Content creation and comedy: comfortable on camera, strong communicator, good at explaining technical things in plain language</w:t>
      </w:r>
    </w:p>
    <w:p>
      <w:pPr>
        <w:pStyle w:val="ListBullet"/>
        <w:spacing w:after="20"/>
        <w:ind w:left="340"/>
      </w:pPr>
      <w:r>
        <w:t>Entrepreneurial: builds products with the Nigerian context in mind</w:t>
      </w:r>
    </w:p>
    <w:p>
      <w:pPr>
        <w:pStyle w:val="ListBullet"/>
        <w:spacing w:after="20"/>
        <w:ind w:left="340"/>
      </w:pPr>
      <w:r>
        <w:t>Maintains a version-controlled Obsidian study vault and public GitHub documentation</w:t>
      </w:r>
    </w:p>
    <w:p>
      <w:pPr>
        <w:keepNext/>
        <w:spacing w:after="60" w:before="200"/>
        <w:pBdr>
          <w:bottom w:val="single" w:sz="6" w:space="1" w:color="1F3A5F"/>
        </w:pBdr>
      </w:pPr>
      <w:r>
        <w:rPr>
          <w:b/>
          <w:i w:val="0"/>
          <w:color w:val="1F3A5F"/>
          <w:sz w:val="23"/>
        </w:rPr>
        <w:t>REFERENCES</w:t>
      </w:r>
    </w:p>
    <w:p>
      <w:r>
        <w:rPr>
          <w:b w:val="0"/>
          <w:i w:val="0"/>
        </w:rPr>
        <w:t>Available on request.</w:t>
      </w:r>
    </w:p>
    <w:sectPr w:rsidR="00FC693F" w:rsidRPr="0006063C" w:rsidSect="00034616">
      <w:pgSz w:w="11906" w:h="16838"/>
      <w:pgMar w:top="907" w:right="1077" w:bottom="907"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