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ODUKOYA SILVER</w:t>
      </w:r>
    </w:p>
    <w:p>
      <w:r>
        <w:t>📍 Ojodu Estate, Ikeja, Lagos</w:t>
        <w:br/>
        <w:t>📧 ssdagirl@yahoo.com | 📞 08169596227</w:t>
        <w:br/>
      </w:r>
    </w:p>
    <w:p>
      <w:pPr>
        <w:pStyle w:val="Heading2"/>
      </w:pPr>
      <w:r>
        <w:t>PROFILE SUMMARY</w:t>
      </w:r>
    </w:p>
    <w:p>
      <w:r>
        <w:t>Innovative and results-driven Digital Creator specializing in video advertisements, social media strategy, and brand storytelling. Skilled at leveraging digital tools to enhance brand visibility and engagement across Instagram, Facebook, and LinkedIn.</w:t>
        <w:br/>
        <w:br/>
        <w:t>Additionally, a proactive administrative professional with expertise in customer service, program coordination, and client relations. Adept at organizing operations, facilitating media programs, and ensuring seamless communication within business environments.</w:t>
      </w:r>
    </w:p>
    <w:p>
      <w:pPr>
        <w:pStyle w:val="Heading2"/>
      </w:pPr>
      <w:r>
        <w:t>EDUCATION</w:t>
      </w:r>
    </w:p>
    <w:p>
      <w:r>
        <w:t>Bachelor of Arts in Performing Arts, Olabisi Onabanjo University, Nigeria (2018)</w:t>
      </w:r>
    </w:p>
    <w:p>
      <w:r>
        <w:t>Diploma in Dramatic Arts, Obafemi Awolowo University, Nigeria (2015)</w:t>
      </w:r>
    </w:p>
    <w:p>
      <w:pPr>
        <w:pStyle w:val="Heading2"/>
      </w:pPr>
      <w:r>
        <w:t>WORK EXPERIENCE</w:t>
      </w:r>
    </w:p>
    <w:p>
      <w:pPr>
        <w:pStyle w:val="Heading3"/>
      </w:pPr>
      <w:r>
        <w:t>Digital Creator | Video Advertisement Specialist</w:t>
      </w:r>
    </w:p>
    <w:p>
      <w:r>
        <w:t>Freelance | 2023 – Present</w:t>
      </w:r>
    </w:p>
    <w:p>
      <w:r>
        <w:t>• Produced and edited high-quality video advertisements for businesses in travel, business, and entertainment industries.</w:t>
        <w:br/>
        <w:t>• Developed and executed social media strategies to enhance brand engagement and audience reach.</w:t>
        <w:br/>
        <w:t>• Collaborated with brands to create visually compelling content tailored to marketing objectives.</w:t>
        <w:br/>
        <w:t>• Researched and implemented emerging digital tools to optimize content performance.</w:t>
      </w:r>
    </w:p>
    <w:p>
      <w:pPr>
        <w:pStyle w:val="Heading3"/>
      </w:pPr>
      <w:r>
        <w:t>Administrative Officer &amp; Programme Coordinator (NYSC)</w:t>
      </w:r>
    </w:p>
    <w:p>
      <w:r>
        <w:t>Lagos Television, Ikeja, Lagos | 2019 – 2020</w:t>
      </w:r>
    </w:p>
    <w:p>
      <w:r>
        <w:t>• Managed administrative operations, including correspondence, scheduling, and report documentation.</w:t>
        <w:br/>
        <w:t>• Coordinated and facilitated television programs, ensuring smooth execution and engaging content delivery.</w:t>
        <w:br/>
        <w:t>• Maintained a help desk system, addressing inquiries and resolving client and staff concerns.</w:t>
        <w:br/>
        <w:t>• Assisted in inventory management and supported promotional campaigns.</w:t>
      </w:r>
    </w:p>
    <w:p>
      <w:pPr>
        <w:pStyle w:val="Heading2"/>
      </w:pPr>
      <w:r>
        <w:t>SKILLS</w:t>
      </w:r>
    </w:p>
    <w:p>
      <w:r>
        <w:t>• Video Production &amp; Editing (Advertisements &amp; Promotional Content)</w:t>
        <w:br/>
        <w:t>• Social Media Management &amp; Strategy (Instagram, Facebook, LinkedIn)</w:t>
        <w:br/>
        <w:t>• Content Creation &amp; Brand Storytelling</w:t>
        <w:br/>
        <w:t>• Microsoft Office Suite (Word, Excel, PowerPoint)</w:t>
        <w:br/>
        <w:t>• Excellent Communication &amp; Organizational Skills</w:t>
      </w:r>
    </w:p>
    <w:p>
      <w:pPr>
        <w:pStyle w:val="Heading2"/>
      </w:pPr>
      <w:r>
        <w:t>LANGUAGES</w:t>
      </w:r>
    </w:p>
    <w:p>
      <w:r>
        <w:t>• English (Fluent)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