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CB9" w:rsidRDefault="00056A7E">
      <w:pPr>
        <w:pStyle w:val="Title"/>
      </w:pPr>
      <w:r>
        <w:t>TEMILOLUWA RACHEAL BABALOLA</w:t>
      </w:r>
    </w:p>
    <w:p w:rsidR="00D72CB9" w:rsidRDefault="00056A7E">
      <w:r>
        <w:t>Location: Lagos / Ogun State, Nigeria</w:t>
      </w:r>
    </w:p>
    <w:p w:rsidR="00D72CB9" w:rsidRDefault="00056A7E">
      <w:r>
        <w:t>Phone: 08065621530</w:t>
      </w:r>
    </w:p>
    <w:p w:rsidR="00D72CB9" w:rsidRDefault="00056A7E">
      <w:r>
        <w:t>Email: moji4rachel2022@gmail.com</w:t>
      </w:r>
    </w:p>
    <w:p w:rsidR="00D72CB9" w:rsidRDefault="00056A7E">
      <w:pPr>
        <w:pStyle w:val="Heading1"/>
      </w:pPr>
      <w:r>
        <w:t>Professional Summary</w:t>
      </w:r>
    </w:p>
    <w:p w:rsidR="00D72CB9" w:rsidRDefault="00056A7E">
      <w:r>
        <w:t xml:space="preserve">Detail-oriented Biology Education graduate currently serving as an NYSC corps member at LawPavilion as an Account </w:t>
      </w:r>
      <w:r>
        <w:t>Manager. Experienced in customer relations, administrative support, and account coordination with strong communication and organizational skills.</w:t>
      </w:r>
    </w:p>
    <w:p w:rsidR="00D72CB9" w:rsidRDefault="00056A7E">
      <w:pPr>
        <w:pStyle w:val="Heading1"/>
      </w:pPr>
      <w:r>
        <w:t>Work Experience</w:t>
      </w:r>
    </w:p>
    <w:p w:rsidR="00D72CB9" w:rsidRDefault="00056A7E">
      <w:r>
        <w:t>Account Manager (NYSC) – LawPavilion</w:t>
      </w:r>
    </w:p>
    <w:p w:rsidR="00D72CB9" w:rsidRDefault="00056A7E">
      <w:r>
        <w:t>July 2025 – Present</w:t>
      </w:r>
    </w:p>
    <w:p w:rsidR="00D72CB9" w:rsidRDefault="00056A7E">
      <w:r>
        <w:t>- Managing client accounts and relati</w:t>
      </w:r>
      <w:r>
        <w:t>onships</w:t>
      </w:r>
    </w:p>
    <w:p w:rsidR="00D72CB9" w:rsidRDefault="00056A7E">
      <w:r>
        <w:t>- Supporting product activation and onboarding</w:t>
      </w:r>
    </w:p>
    <w:p w:rsidR="00D72CB9" w:rsidRDefault="00056A7E">
      <w:r>
        <w:t>- Maintaining customer records using Excel</w:t>
      </w:r>
    </w:p>
    <w:p w:rsidR="00D72CB9" w:rsidRDefault="00056A7E">
      <w:r>
        <w:t>- Responding to client inquiries</w:t>
      </w:r>
    </w:p>
    <w:p w:rsidR="00056A7E" w:rsidRDefault="00056A7E">
      <w:bookmarkStart w:id="0" w:name="_GoBack"/>
      <w:bookmarkEnd w:id="0"/>
    </w:p>
    <w:p w:rsidR="00D72CB9" w:rsidRDefault="00056A7E">
      <w:r>
        <w:t>Ad Hoc Staff – LawPavilion</w:t>
      </w:r>
    </w:p>
    <w:p w:rsidR="00D72CB9" w:rsidRDefault="00056A7E">
      <w:r>
        <w:t>Feb 2024 – July 2024</w:t>
      </w:r>
    </w:p>
    <w:p w:rsidR="00D72CB9" w:rsidRDefault="00056A7E">
      <w:r>
        <w:t>- Contacted clients for product activation</w:t>
      </w:r>
    </w:p>
    <w:p w:rsidR="00D72CB9" w:rsidRDefault="00056A7E">
      <w:r>
        <w:t>- Maintained customer records</w:t>
      </w:r>
    </w:p>
    <w:p w:rsidR="00D72CB9" w:rsidRDefault="00056A7E">
      <w:r>
        <w:t>- Su</w:t>
      </w:r>
      <w:r>
        <w:t>pported administrative operations</w:t>
      </w:r>
    </w:p>
    <w:p w:rsidR="00D72CB9" w:rsidRDefault="00056A7E">
      <w:pPr>
        <w:pStyle w:val="Heading1"/>
      </w:pPr>
      <w:r>
        <w:t>Education</w:t>
      </w:r>
    </w:p>
    <w:p w:rsidR="00D72CB9" w:rsidRDefault="00056A7E">
      <w:r>
        <w:t>University of Lagos – B.Sc Biology Education (2025)</w:t>
      </w:r>
    </w:p>
    <w:p w:rsidR="00D72CB9" w:rsidRDefault="00056A7E">
      <w:r>
        <w:t>Olivet Baptist Academy – WAEC (2017)</w:t>
      </w:r>
    </w:p>
    <w:p w:rsidR="00D72CB9" w:rsidRDefault="00056A7E">
      <w:pPr>
        <w:pStyle w:val="Heading1"/>
      </w:pPr>
      <w:r>
        <w:lastRenderedPageBreak/>
        <w:t>Core Skills</w:t>
      </w:r>
    </w:p>
    <w:p w:rsidR="00D72CB9" w:rsidRDefault="00056A7E">
      <w:r>
        <w:t>Customer Service and Client Support</w:t>
      </w:r>
    </w:p>
    <w:p w:rsidR="00D72CB9" w:rsidRDefault="00056A7E">
      <w:r>
        <w:t>Professional Communication</w:t>
      </w:r>
    </w:p>
    <w:p w:rsidR="00D72CB9" w:rsidRDefault="00056A7E">
      <w:r>
        <w:t>Microsoft Excel and Data Entry</w:t>
      </w:r>
    </w:p>
    <w:p w:rsidR="00D72CB9" w:rsidRDefault="00056A7E">
      <w:r>
        <w:t>Administrative Su</w:t>
      </w:r>
      <w:r>
        <w:t>pport</w:t>
      </w:r>
    </w:p>
    <w:p w:rsidR="00D72CB9" w:rsidRDefault="00056A7E">
      <w:r>
        <w:t>Organization and Time Management</w:t>
      </w:r>
    </w:p>
    <w:p w:rsidR="00D72CB9" w:rsidRDefault="00056A7E">
      <w:r>
        <w:t>Teamwork and Collaboration</w:t>
      </w:r>
    </w:p>
    <w:p w:rsidR="00D72CB9" w:rsidRDefault="00056A7E">
      <w:r>
        <w:t>Problem Solving</w:t>
      </w:r>
    </w:p>
    <w:p w:rsidR="00D72CB9" w:rsidRDefault="00056A7E">
      <w:r>
        <w:t>Attention to Detail</w:t>
      </w:r>
    </w:p>
    <w:sectPr w:rsidR="00D72CB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6A7E"/>
    <w:rsid w:val="0006063C"/>
    <w:rsid w:val="0015074B"/>
    <w:rsid w:val="0029639D"/>
    <w:rsid w:val="00326F90"/>
    <w:rsid w:val="00AA1D8D"/>
    <w:rsid w:val="00B47730"/>
    <w:rsid w:val="00CB0664"/>
    <w:rsid w:val="00D72C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5FB4D"/>
  <w14:defaultImageDpi w14:val="300"/>
  <w15:docId w15:val="{1B77034B-69BA-4FA1-BD8D-0A1A3D49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18FE83-DBD7-4AEE-B873-4CFB6FEC0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LAWPAVILION</cp:lastModifiedBy>
  <cp:revision>3</cp:revision>
  <dcterms:created xsi:type="dcterms:W3CDTF">2013-12-23T23:15:00Z</dcterms:created>
  <dcterms:modified xsi:type="dcterms:W3CDTF">2026-02-25T01:46:00Z</dcterms:modified>
  <cp:category/>
</cp:coreProperties>
</file>