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TOMILOLA AYOMIDE MICHAEL</w:t>
      </w:r>
    </w:p>
    <w:p>
      <w:pPr>
        <w:jc w:val="center"/>
      </w:pPr>
      <w:r>
        <w:rPr>
          <w:sz w:val="18"/>
        </w:rPr>
        <w:t>Ikorodu, Lagos | 09118301045 | Tomilolam101@gmail.com</w:t>
      </w:r>
    </w:p>
    <w:p>
      <w:pPr>
        <w:spacing w:before="100" w:after="40"/>
      </w:pPr>
      <w:r>
        <w:rPr>
          <w:b/>
          <w:sz w:val="21"/>
        </w:rPr>
        <w:t>PROFESSIONAL SUMMARY</w:t>
      </w:r>
    </w:p>
    <w:p>
      <w:pPr>
        <w:spacing w:after="40"/>
      </w:pPr>
      <w:r>
        <w:t>Confident and people-oriented professional with experience in front-desk operations, customer service, loan collections, hospitality, inventory, procurement, and logistics. Skilled in communicating with customers, handling enquiries, following up on outstanding payments, maintaining accurate records, and supporting smooth daily operations. Strong in communication, time management, problem-solving, teamwork, and Microsoft Office.</w:t>
      </w:r>
    </w:p>
    <w:p>
      <w:pPr>
        <w:spacing w:before="100" w:after="40"/>
      </w:pPr>
      <w:r>
        <w:rPr>
          <w:b/>
          <w:sz w:val="21"/>
        </w:rPr>
        <w:t>EDUCATION</w:t>
      </w:r>
    </w:p>
    <w:p>
      <w:pPr>
        <w:spacing w:after="20"/>
      </w:pPr>
      <w:r>
        <w:rPr>
          <w:b/>
        </w:rPr>
        <w:t>National Diploma (ND), Procurement and Supply Chain Management</w:t>
      </w:r>
      <w:r>
        <w:t xml:space="preserve"> — Kaduna State Polytechnic, Kaduna, Nigeria</w:t>
        <w:br/>
        <w:t>October 2021 – September 2023</w:t>
      </w:r>
    </w:p>
    <w:p>
      <w:pPr>
        <w:spacing w:before="100" w:after="40"/>
      </w:pPr>
      <w:r>
        <w:rPr>
          <w:b/>
          <w:sz w:val="21"/>
        </w:rPr>
        <w:t>WORK EXPERIENCE</w:t>
      </w:r>
    </w:p>
    <w:p>
      <w:pPr>
        <w:spacing w:before="60" w:after="0"/>
      </w:pPr>
      <w:r>
        <w:rPr>
          <w:b/>
        </w:rPr>
        <w:t>Collection Officer (Contact Center)</w:t>
      </w:r>
      <w:r>
        <w:t xml:space="preserve"> | TENN Microfinance Bank Limited | August 2026 – Present</w:t>
      </w:r>
    </w:p>
    <w:p>
      <w:pPr>
        <w:pStyle w:val="ListBullet"/>
        <w:spacing w:after="0"/>
        <w:ind w:left="259" w:hanging="115"/>
      </w:pPr>
      <w:r>
        <w:t>Contact customers regarding outstanding loan repayments and overdue accounts.</w:t>
      </w:r>
    </w:p>
    <w:p>
      <w:pPr>
        <w:pStyle w:val="ListBullet"/>
        <w:spacing w:after="0"/>
        <w:ind w:left="259" w:hanging="115"/>
      </w:pPr>
      <w:r>
        <w:t>Follow up with customers on repayment commitments and encourage timely payment.</w:t>
      </w:r>
    </w:p>
    <w:p>
      <w:pPr>
        <w:pStyle w:val="ListBullet"/>
        <w:spacing w:after="0"/>
        <w:ind w:left="259" w:hanging="115"/>
      </w:pPr>
      <w:r>
        <w:t>Maintain accurate records of customer interactions, repayment status, and follow-up activities.</w:t>
      </w:r>
    </w:p>
    <w:p>
      <w:pPr>
        <w:pStyle w:val="ListBullet"/>
        <w:spacing w:after="0"/>
        <w:ind w:left="259" w:hanging="115"/>
      </w:pPr>
      <w:r>
        <w:t>Communicate professionally with customers while handling repayment enquiries and concerns.</w:t>
      </w:r>
    </w:p>
    <w:p>
      <w:pPr>
        <w:pStyle w:val="ListBullet"/>
        <w:spacing w:after="0"/>
        <w:ind w:left="259" w:hanging="115"/>
      </w:pPr>
      <w:r>
        <w:t>Escalate unresolved accounts in line with company procedures.</w:t>
      </w:r>
    </w:p>
    <w:p>
      <w:pPr>
        <w:spacing w:before="60" w:after="0"/>
      </w:pPr>
      <w:r>
        <w:rPr>
          <w:b/>
        </w:rPr>
        <w:t>Receptionist</w:t>
      </w:r>
      <w:r>
        <w:t xml:space="preserve"> | Zecool Hotels, Kaduna | 2023 – 2024</w:t>
      </w:r>
    </w:p>
    <w:p>
      <w:pPr>
        <w:pStyle w:val="ListBullet"/>
        <w:spacing w:after="0"/>
        <w:ind w:left="259" w:hanging="115"/>
      </w:pPr>
      <w:r>
        <w:t>Welcomed guests and visitors and provided professional front-desk assistance.</w:t>
      </w:r>
    </w:p>
    <w:p>
      <w:pPr>
        <w:pStyle w:val="ListBullet"/>
        <w:spacing w:after="0"/>
        <w:ind w:left="259" w:hanging="115"/>
      </w:pPr>
      <w:r>
        <w:t>Handled guest enquiries, telephone calls, and routine customer requests.</w:t>
      </w:r>
    </w:p>
    <w:p>
      <w:pPr>
        <w:pStyle w:val="ListBullet"/>
        <w:spacing w:after="0"/>
        <w:ind w:left="259" w:hanging="115"/>
      </w:pPr>
      <w:r>
        <w:t>Supported check-in and check-out processes and maintained accurate guest information.</w:t>
      </w:r>
    </w:p>
    <w:p>
      <w:pPr>
        <w:pStyle w:val="ListBullet"/>
        <w:spacing w:after="0"/>
        <w:ind w:left="259" w:hanging="115"/>
      </w:pPr>
      <w:r>
        <w:t>Responded to customer concerns professionally and directed issues to the appropriate staff.</w:t>
      </w:r>
    </w:p>
    <w:p>
      <w:pPr>
        <w:pStyle w:val="ListBullet"/>
        <w:spacing w:after="0"/>
        <w:ind w:left="259" w:hanging="115"/>
      </w:pPr>
      <w:r>
        <w:t>Supported day-to-day administrative and front-office operations.</w:t>
      </w:r>
    </w:p>
    <w:p>
      <w:pPr>
        <w:spacing w:before="60" w:after="0"/>
      </w:pPr>
      <w:r>
        <w:rPr>
          <w:b/>
        </w:rPr>
        <w:t>Operations and Inventory Assistant</w:t>
      </w:r>
      <w:r>
        <w:t xml:space="preserve"> | Bejies Catering Services, Marina, Lagos | March 2025 – Present</w:t>
      </w:r>
    </w:p>
    <w:p>
      <w:pPr>
        <w:pStyle w:val="ListBullet"/>
        <w:spacing w:after="0"/>
        <w:ind w:left="259" w:hanging="115"/>
      </w:pPr>
      <w:r>
        <w:t>Monitored daily stock levels of raw materials and food supplies to minimize shortages and wastage.</w:t>
      </w:r>
    </w:p>
    <w:p>
      <w:pPr>
        <w:pStyle w:val="ListBullet"/>
        <w:spacing w:after="0"/>
        <w:ind w:left="259" w:hanging="115"/>
      </w:pPr>
      <w:r>
        <w:t>Assisted with procurement by liaising with vendors and supporting timely delivery of goods.</w:t>
      </w:r>
    </w:p>
    <w:p>
      <w:pPr>
        <w:pStyle w:val="ListBullet"/>
        <w:spacing w:after="0"/>
        <w:ind w:left="259" w:hanging="115"/>
      </w:pPr>
      <w:r>
        <w:t>Maintained accurate inventory records and prepared weekly stock reports.</w:t>
      </w:r>
    </w:p>
    <w:p>
      <w:pPr>
        <w:pStyle w:val="ListBullet"/>
        <w:spacing w:after="0"/>
        <w:ind w:left="259" w:hanging="115"/>
      </w:pPr>
      <w:r>
        <w:t>Supported logistics by scheduling and coordinating delivery of food orders to customers.</w:t>
      </w:r>
    </w:p>
    <w:p>
      <w:pPr>
        <w:pStyle w:val="ListBullet"/>
        <w:spacing w:after="0"/>
        <w:ind w:left="259" w:hanging="115"/>
      </w:pPr>
      <w:r>
        <w:t>Ensured compliance with health, safety, and hygiene standards in food storage and distribution.</w:t>
      </w:r>
    </w:p>
    <w:p>
      <w:pPr>
        <w:spacing w:before="60" w:after="0"/>
      </w:pPr>
      <w:r>
        <w:rPr>
          <w:b/>
        </w:rPr>
        <w:t>Customer Service / Restaurant Staff</w:t>
      </w:r>
      <w:r>
        <w:t xml:space="preserve"> | Bejies Catering Services, Marina, Lagos | November 2024 – March 2025</w:t>
      </w:r>
    </w:p>
    <w:p>
      <w:pPr>
        <w:pStyle w:val="ListBullet"/>
        <w:spacing w:after="0"/>
        <w:ind w:left="259" w:hanging="115"/>
      </w:pPr>
      <w:r>
        <w:t>Provided excellent customer service and coordinated with kitchen staff for timely order fulfilment.</w:t>
      </w:r>
    </w:p>
    <w:p>
      <w:pPr>
        <w:pStyle w:val="ListBullet"/>
        <w:spacing w:after="0"/>
        <w:ind w:left="259" w:hanging="115"/>
      </w:pPr>
      <w:r>
        <w:t>Handled point-of-sale operations and daily cash reconciliation.</w:t>
      </w:r>
    </w:p>
    <w:p>
      <w:pPr>
        <w:pStyle w:val="ListBullet"/>
        <w:spacing w:after="0"/>
        <w:ind w:left="259" w:hanging="115"/>
      </w:pPr>
      <w:r>
        <w:t>Collaborated with the operations team to streamline workflow and reduce service delays.</w:t>
      </w:r>
    </w:p>
    <w:p>
      <w:pPr>
        <w:pStyle w:val="ListBullet"/>
        <w:spacing w:after="0"/>
        <w:ind w:left="259" w:hanging="115"/>
      </w:pPr>
      <w:r>
        <w:t>Assisted with team schedules and shift planning for efficient staff utilization.</w:t>
      </w:r>
    </w:p>
    <w:p>
      <w:pPr>
        <w:spacing w:before="100" w:after="40"/>
      </w:pPr>
      <w:r>
        <w:rPr>
          <w:b/>
          <w:sz w:val="21"/>
        </w:rPr>
        <w:t>SKILLS</w:t>
      </w:r>
    </w:p>
    <w:p>
      <w:pPr>
        <w:spacing w:after="20"/>
      </w:pPr>
      <w:r>
        <w:t>Front Desk &amp; Reception Operations • Customer Service &amp; Client Relations • Loan Collection &amp; Customer Follow-up • Inventory &amp; Stock Management • Procurement &amp; Supply Chain Coordination • Logistics &amp; Delivery Coordination • Microsoft Office &amp; Excel • Data Entry &amp; Record Keeping • Time Management • Problem Solving • Communication &amp; Teamwork</w:t>
      </w:r>
    </w:p>
    <w:p>
      <w:pPr>
        <w:spacing w:before="100" w:after="40"/>
      </w:pPr>
      <w:r>
        <w:rPr>
          <w:b/>
          <w:sz w:val="21"/>
        </w:rPr>
        <w:t>ADDITIONAL INFORMATION</w:t>
      </w:r>
    </w:p>
    <w:p>
      <w:pPr>
        <w:spacing w:after="0"/>
      </w:pPr>
      <w:r>
        <w:t>Location: Ikorodu, Lagos</w:t>
        <w:br/>
        <w:t>Nationality: Nigerian</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