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OSIFALUJO TOBI VICTOR - Updated Professional Experience</w:t>
      </w:r>
    </w:p>
    <w:p>
      <w:pPr>
        <w:pStyle w:val="Heading2"/>
      </w:pPr>
      <w:r>
        <w:t>Natural Prime (So Klin) – Quality Control Inspector (2025–Present)</w:t>
      </w:r>
    </w:p>
    <w:p>
      <w:pPr>
        <w:pStyle w:val="ListBullet"/>
      </w:pPr>
      <w:r>
        <w:t>Conduct detailed product inspections to ensure compliance with company standards.</w:t>
      </w:r>
    </w:p>
    <w:p>
      <w:pPr>
        <w:pStyle w:val="ListBullet"/>
      </w:pPr>
      <w:r>
        <w:t>Identify defects and implement corrective actions to reduce production errors.</w:t>
      </w:r>
    </w:p>
    <w:p>
      <w:pPr>
        <w:pStyle w:val="ListBullet"/>
      </w:pPr>
      <w:r>
        <w:t>Prepare and maintain accurate quality inspection reports.</w:t>
      </w:r>
    </w:p>
    <w:p>
      <w:pPr>
        <w:pStyle w:val="ListBullet"/>
      </w:pPr>
      <w:r>
        <w:t>Collaborate with production teams to improve product consistency.</w:t>
      </w:r>
    </w:p>
    <w:p>
      <w:pPr>
        <w:pStyle w:val="Heading2"/>
      </w:pPr>
      <w:r>
        <w:t>LittleAnt (ALEND Loan App) – Customer Service Officer / Loan Recovery Agent</w:t>
      </w:r>
    </w:p>
    <w:p>
      <w:pPr>
        <w:pStyle w:val="ListBullet"/>
      </w:pPr>
      <w:r>
        <w:t>Provided professional customer support for loan applicants and existing customers.</w:t>
      </w:r>
    </w:p>
    <w:p>
      <w:pPr>
        <w:pStyle w:val="ListBullet"/>
      </w:pPr>
      <w:r>
        <w:t>Followed up with customers on loan repayments and negotiated repayment arrangements.</w:t>
      </w:r>
    </w:p>
    <w:p>
      <w:pPr>
        <w:pStyle w:val="ListBullet"/>
      </w:pPr>
      <w:r>
        <w:t>Maintained accurate customer records and repayment reports.</w:t>
      </w:r>
    </w:p>
    <w:p>
      <w:pPr>
        <w:pStyle w:val="ListBullet"/>
      </w:pPr>
      <w:r>
        <w:t>Resolved customer inquiries while ensuring compliance with company policies.</w:t>
      </w:r>
    </w:p>
    <w:p>
      <w:pPr>
        <w:pStyle w:val="Heading2"/>
      </w:pPr>
      <w:r>
        <w:t>Lagostar Cable &amp; Wires Nigeria Ltd – PVC Team Leader / Machine Operator (2022–2025)</w:t>
      </w:r>
    </w:p>
    <w:p>
      <w:pPr>
        <w:pStyle w:val="Heading2"/>
      </w:pPr>
      <w:r>
        <w:t>Quantum Nigeria Limited – Security Officer (Chief Detector)</w:t>
      </w:r>
    </w:p>
    <w:p>
      <w:pPr>
        <w:pStyle w:val="Heading2"/>
      </w:pPr>
      <w:r>
        <w:t>Great Crown Academy – Teacher (2022)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