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Resume</w:t>
      </w:r>
    </w:p>
    <w:p>
      <w:r>
        <w:rPr>
          <w:b/>
        </w:rPr>
        <w:t>Yvonne Aziken</w:t>
        <w:br/>
      </w:r>
      <w:r>
        <w:t>Nigeria</w:t>
        <w:br/>
        <w:t>Email: yvonneaziken16@gmail.com</w:t>
        <w:br/>
        <w:t>Phone: +234 703 205 2177</w:t>
      </w:r>
    </w:p>
    <w:p>
      <w:pPr>
        <w:pStyle w:val="Heading2"/>
      </w:pPr>
      <w:r>
        <w:t>Personal Profile</w:t>
      </w:r>
    </w:p>
    <w:p>
      <w:r>
        <w:t>I am a motivated and dependable university student from Nigeria with strong communication, writing, and customer service skills. I am eager to gain remote work experience and contribute positively to any team. I learn quickly, pay close attention to detail, and always strive to complete tasks efficiently and professionally.</w:t>
        <w:br/>
        <w:br/>
        <w:t>I am currently a student at Covenant University and am on academic holiday, which allows me the flexibility to work remotely. I am enthusiastic about developing my skills while providing excellent service and support to clients.</w:t>
      </w:r>
    </w:p>
    <w:p>
      <w:pPr>
        <w:pStyle w:val="Heading2"/>
      </w:pPr>
      <w:r>
        <w:t>Skills</w:t>
      </w:r>
    </w:p>
    <w:p>
      <w:r>
        <w:t>• Strong written and verbal communication</w:t>
        <w:br/>
        <w:t>• Excellent writing and proofreading skills</w:t>
        <w:br/>
        <w:t>• Customer service</w:t>
        <w:br/>
        <w:t>• Fast learner and adaptable</w:t>
        <w:br/>
        <w:t>• Good time management</w:t>
        <w:br/>
        <w:t>• Reliable and responsible</w:t>
        <w:br/>
        <w:t>• Basic computer and internet skills</w:t>
        <w:br/>
        <w:t>• Teamwork and problem-solving</w:t>
        <w:br/>
        <w:t>• Attention to detail</w:t>
      </w:r>
    </w:p>
    <w:p>
      <w:pPr>
        <w:pStyle w:val="Heading2"/>
      </w:pPr>
      <w:r>
        <w:t>Work Experience</w:t>
      </w:r>
    </w:p>
    <w:p>
      <w:r>
        <w:t>Sales Assistant – Nigeria</w:t>
        <w:br/>
        <w:t>• Assisted customers with product selection and inquiries.</w:t>
        <w:br/>
        <w:t>• Delivered friendly and professional customer service.</w:t>
        <w:br/>
        <w:t>• Handled sales transactions accurately.</w:t>
        <w:br/>
        <w:t>• Organized merchandise and maintained a clean shop.</w:t>
        <w:br/>
        <w:t>• Built strong communication and interpersonal skills.</w:t>
      </w:r>
    </w:p>
    <w:p>
      <w:pPr>
        <w:pStyle w:val="Heading2"/>
      </w:pPr>
      <w:r>
        <w:t>Education</w:t>
      </w:r>
    </w:p>
    <w:p>
      <w:r>
        <w:t>Covenant University, Nigeria</w:t>
        <w:br/>
        <w:t>Currently pursuing a university degree.</w:t>
        <w:br/>
        <w:t>Presently on academic holiday and available for remote work.</w:t>
      </w:r>
    </w:p>
    <w:p>
      <w:pPr>
        <w:pStyle w:val="Heading2"/>
      </w:pPr>
      <w:r>
        <w:t>Additional Information</w:t>
      </w:r>
    </w:p>
    <w:p>
      <w:r>
        <w:t>Nationality: Nigerian</w:t>
        <w:br/>
        <w:t>Available for remote/online work</w:t>
        <w:br/>
        <w:t>Strong work ethic and commitment to meeting deadlines</w:t>
        <w:br/>
        <w:t>Eager to learn and grow professionally</w:t>
      </w:r>
    </w:p>
    <w:p>
      <w:pPr>
        <w:pStyle w:val="Heading2"/>
      </w:pPr>
      <w:r>
        <w:t>Personal Statement</w:t>
      </w:r>
    </w:p>
    <w:p>
      <w:r>
        <w:t>I am excited about the opportunity to contribute to your organization. I am hardworking, honest, adaptable, and committed to delivering high-quality work. I enjoy learning new skills, communicating with people, and taking on new challenges.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