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ZAINAB OMOLADE MUHAMMED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📍 Lagos, Lagos State | 📞 +234 814-7947-795 | ✉️ zainabomolade1@gmail.com | 🔗 linkedin.com/in/zainab-muhammed-6219aa30a</w:t>
      </w:r>
    </w:p>
    <w:p w:rsidR="00000000" w:rsidDel="00000000" w:rsidP="00000000" w:rsidRDefault="00000000" w:rsidRPr="00000000" w14:paraId="00000003">
      <w:pPr>
        <w:pStyle w:val="Heading1"/>
        <w:rPr/>
      </w:pPr>
      <w:r w:rsidDel="00000000" w:rsidR="00000000" w:rsidRPr="00000000">
        <w:rPr>
          <w:rtl w:val="0"/>
        </w:rPr>
        <w:t xml:space="preserve">Profile Summary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Motivated and reliable B.Sc. Computer Science graduate with hands-on exposure to IT and administrative support. Known for strong communication, adaptability, and problem-solving skills, with the ability to thrive both independently and in team-driven environments. Eager to contribute to organizational growth while building a career in IT support, administration, or virtual assistance.</w:t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B.Sc. Computer Science – University of Ilorin, Kwara State (2025)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Senior Secondary School Certificate – Shepherdsfield International College, Oyo State (2018)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Work Experience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rtl w:val="0"/>
        </w:rPr>
        <w:t xml:space="preserve">IT Support Intern – Valdymas Intelligence, Ilorin (Apr 2024 – Sep 2024)</w:t>
        <w:br w:type="textWrapping"/>
      </w:r>
      <w:r w:rsidDel="00000000" w:rsidR="00000000" w:rsidRPr="00000000">
        <w:rPr>
          <w:rtl w:val="0"/>
        </w:rPr>
        <w:t xml:space="preserve">- Provided technical and administrative support to over 50 staff, including troubleshooting issues and scheduling training sessions.</w:t>
        <w:br w:type="textWrapping"/>
        <w:t xml:space="preserve">- Assisted in vulnerability management and identity &amp; access management activities.</w:t>
        <w:br w:type="textWrapping"/>
        <w:t xml:space="preserve">- Worked on Excel tasks including VLOOKUP, data formatting, charts, and conditional formatting.</w:t>
        <w:br w:type="textWrapping"/>
        <w:t xml:space="preserve">- Assisted in compiling training materials and preparing documents for staff/students.</w:t>
        <w:br w:type="textWrapping"/>
        <w:t xml:space="preserve">- Contributed to loan sector operations by inputting customer biodata.</w:t>
        <w:br w:type="textWrapping"/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rtl w:val="0"/>
        </w:rPr>
        <w:t xml:space="preserve">Virtual Assistant (Freelance) – Remote (2024)</w:t>
        <w:br w:type="textWrapping"/>
      </w:r>
      <w:r w:rsidDel="00000000" w:rsidR="00000000" w:rsidRPr="00000000">
        <w:rPr>
          <w:rtl w:val="0"/>
        </w:rPr>
        <w:t xml:space="preserve">- Managed calendar, email, and social media communication for clients.</w:t>
        <w:br w:type="textWrapping"/>
        <w:t xml:space="preserve">- Conducted online research, scheduling, and documentation for business support.</w:t>
        <w:br w:type="textWrapping"/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Printing Assistant (Trainee) – Adeniran Printing Press, Oyo (2018)</w:t>
        <w:br w:type="textWrapping"/>
      </w:r>
      <w:r w:rsidDel="00000000" w:rsidR="00000000" w:rsidRPr="00000000">
        <w:rPr>
          <w:rtl w:val="0"/>
        </w:rPr>
        <w:t xml:space="preserve">- Assisted in basic graphic design tasks using CorelDRAW.</w:t>
        <w:br w:type="textWrapping"/>
        <w:t xml:space="preserve">- Supported printing operations such as paper folding, binding, and packaging.</w:t>
        <w:br w:type="textWrapping"/>
      </w:r>
    </w:p>
    <w:p w:rsidR="00000000" w:rsidDel="00000000" w:rsidP="00000000" w:rsidRDefault="00000000" w:rsidRPr="00000000" w14:paraId="0000000C">
      <w:pPr>
        <w:pStyle w:val="Heading1"/>
        <w:rPr/>
      </w:pPr>
      <w:r w:rsidDel="00000000" w:rsidR="00000000" w:rsidRPr="00000000">
        <w:rPr>
          <w:rtl w:val="0"/>
        </w:rPr>
        <w:t xml:space="preserve">Certifications &amp; Trainings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Virtual Assistant Training – ALX, 2024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2-Day Hands-on Training on AI &amp; Robotics – University of Ilorin, 2024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6-Month IT Program (Cybersecurity, Excel, HTML, CSS) – Valdymas Intelligence, 2024</w:t>
      </w:r>
    </w:p>
    <w:p w:rsidR="00000000" w:rsidDel="00000000" w:rsidP="00000000" w:rsidRDefault="00000000" w:rsidRPr="00000000" w14:paraId="00000010">
      <w:pPr>
        <w:pStyle w:val="Heading1"/>
        <w:rPr/>
      </w:pPr>
      <w:r w:rsidDel="00000000" w:rsidR="00000000" w:rsidRPr="00000000">
        <w:rPr>
          <w:rtl w:val="0"/>
        </w:rPr>
        <w:t xml:space="preserve">Skills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• Technical: Microsoft Office (Excel, Word, PowerPoint), Cybersecurity, HTML, CSS, CorelDRAW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• Administrative/VA: Scheduling, Documentation, Email Management, Social Media Support, Data Entry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• Soft Skills: Communication, Leadership, Problem-Solving, Time Management, Adaptability</w:t>
      </w:r>
    </w:p>
    <w:p w:rsidR="00000000" w:rsidDel="00000000" w:rsidP="00000000" w:rsidRDefault="00000000" w:rsidRPr="00000000" w14:paraId="00000014">
      <w:pPr>
        <w:pStyle w:val="Heading1"/>
        <w:rPr/>
      </w:pPr>
      <w:r w:rsidDel="00000000" w:rsidR="00000000" w:rsidRPr="00000000">
        <w:rPr>
          <w:rtl w:val="0"/>
        </w:rPr>
        <w:t xml:space="preserve">References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Available upon request.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3z0vZJRzDjLplqc8nUnV9u3iVA==">CgMxLjA4AHIhMXRWdFYzZnpRSnpFLXRsRmxtX01aeDVNZXhOYTVsb0Vx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